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DB" w:rsidRPr="00943F09" w:rsidRDefault="0041702C">
      <w:pPr>
        <w:pStyle w:val="1"/>
        <w:rPr>
          <w:lang w:val="ru-RU"/>
        </w:rPr>
      </w:pPr>
      <w:r w:rsidRPr="00943F09">
        <w:rPr>
          <w:lang w:val="ru-RU"/>
        </w:rPr>
        <w:t>ОФЕРТА НА ПРИОБРЕТЕНИЕ УСЛУГ В ФИТНЕС-КЛУБЕ «</w:t>
      </w:r>
      <w:r>
        <w:t>MAGNETO</w:t>
      </w:r>
      <w:r w:rsidRPr="00943F09">
        <w:rPr>
          <w:lang w:val="ru-RU"/>
        </w:rPr>
        <w:t>»</w:t>
      </w:r>
    </w:p>
    <w:p w:rsidR="00C952DB" w:rsidRPr="00943F09" w:rsidRDefault="0041702C">
      <w:pPr>
        <w:spacing w:after="0" w:line="360" w:lineRule="auto"/>
        <w:ind w:firstLine="709"/>
        <w:rPr>
          <w:lang w:val="ru-RU"/>
        </w:rPr>
      </w:pPr>
      <w:r w:rsidRPr="00943F09">
        <w:rPr>
          <w:lang w:val="ru-RU"/>
        </w:rPr>
        <w:t>г. Москва</w:t>
      </w:r>
    </w:p>
    <w:p w:rsidR="00C952DB" w:rsidRPr="00943F09" w:rsidRDefault="0041702C">
      <w:pPr>
        <w:spacing w:after="0" w:line="360" w:lineRule="auto"/>
        <w:jc w:val="right"/>
        <w:rPr>
          <w:lang w:val="ru-RU"/>
        </w:rPr>
      </w:pPr>
      <w:r w:rsidRPr="00943F09">
        <w:rPr>
          <w:lang w:val="ru-RU"/>
        </w:rPr>
        <w:t>Редакция № 2.0 от 1 октября 2026 года</w:t>
      </w:r>
    </w:p>
    <w:p w:rsidR="00C952DB" w:rsidRPr="00943F09" w:rsidRDefault="0041702C">
      <w:pPr>
        <w:spacing w:after="0" w:line="360" w:lineRule="auto"/>
        <w:jc w:val="center"/>
        <w:rPr>
          <w:lang w:val="ru-RU"/>
        </w:rPr>
      </w:pPr>
      <w:r w:rsidRPr="00943F09">
        <w:rPr>
          <w:lang w:val="ru-RU"/>
        </w:rPr>
        <w:t>Действует с 1 октября 2026 года</w:t>
      </w:r>
    </w:p>
    <w:p w:rsidR="00C952DB" w:rsidRPr="00943F09" w:rsidRDefault="0041702C">
      <w:pPr>
        <w:pStyle w:val="21"/>
        <w:rPr>
          <w:lang w:val="ru-RU"/>
        </w:rPr>
      </w:pPr>
      <w:r w:rsidRPr="00943F09">
        <w:rPr>
          <w:lang w:val="ru-RU"/>
        </w:rPr>
        <w:t>1. ПРЕАМБУЛА</w:t>
      </w:r>
    </w:p>
    <w:p w:rsidR="00C952DB" w:rsidRPr="00943F09" w:rsidRDefault="0041702C">
      <w:pPr>
        <w:spacing w:after="0" w:line="360" w:lineRule="auto"/>
        <w:ind w:firstLine="709"/>
        <w:jc w:val="both"/>
        <w:rPr>
          <w:lang w:val="ru-RU"/>
        </w:rPr>
      </w:pPr>
      <w:r w:rsidRPr="00943F09">
        <w:rPr>
          <w:lang w:val="ru-RU"/>
        </w:rPr>
        <w:t>1.1. Настоящий документ (далее – «Оферта» или «Договор») представляет собой официальное предложение к заключению договора оказания услуг и содержит все существенные условия оказания услуг Исполнителем.</w:t>
      </w:r>
    </w:p>
    <w:p w:rsidR="00C952DB" w:rsidRPr="00943F09" w:rsidRDefault="0041702C">
      <w:pPr>
        <w:spacing w:after="0" w:line="360" w:lineRule="auto"/>
        <w:ind w:firstLine="709"/>
        <w:jc w:val="both"/>
        <w:rPr>
          <w:lang w:val="ru-RU"/>
        </w:rPr>
      </w:pPr>
      <w:r w:rsidRPr="00943F09">
        <w:rPr>
          <w:lang w:val="ru-RU"/>
        </w:rPr>
        <w:t>1.2. Настоящая Оферта регламентирует правоотношения между Исполнителем и Заказчиком по вопросам оказания Исполнителем физкультурно-оздоровительных и иных дополнительных услуг в фитнес-клубе «</w:t>
      </w:r>
      <w:r>
        <w:t>Magneto</w:t>
      </w:r>
      <w:r w:rsidRPr="00943F09">
        <w:rPr>
          <w:lang w:val="ru-RU"/>
        </w:rPr>
        <w:t>».</w:t>
      </w:r>
    </w:p>
    <w:p w:rsidR="00C952DB" w:rsidRPr="00943F09" w:rsidRDefault="0041702C">
      <w:pPr>
        <w:spacing w:after="0" w:line="360" w:lineRule="auto"/>
        <w:ind w:firstLine="709"/>
        <w:jc w:val="both"/>
        <w:rPr>
          <w:lang w:val="ru-RU"/>
        </w:rPr>
      </w:pPr>
      <w:r w:rsidRPr="00943F09">
        <w:rPr>
          <w:lang w:val="ru-RU"/>
        </w:rPr>
        <w:t>1.3. Настоящая Оферта является публичной. Исполнитель не вправе оказывать предпочтение одному лицу перед другим в отношении заключения Договора, за исключением случаев, предусмотренных законом.</w:t>
      </w:r>
    </w:p>
    <w:p w:rsidR="00C952DB" w:rsidRPr="00943F09" w:rsidRDefault="0041702C">
      <w:pPr>
        <w:spacing w:after="0" w:line="360" w:lineRule="auto"/>
        <w:ind w:firstLine="709"/>
        <w:jc w:val="both"/>
        <w:rPr>
          <w:lang w:val="ru-RU"/>
        </w:rPr>
      </w:pPr>
      <w:r w:rsidRPr="00943F09">
        <w:rPr>
          <w:lang w:val="ru-RU"/>
        </w:rPr>
        <w:t xml:space="preserve">1.4. Сторонами настоящей Оферты </w:t>
      </w:r>
      <w:proofErr w:type="gramStart"/>
      <w:r w:rsidRPr="00943F09">
        <w:rPr>
          <w:lang w:val="ru-RU"/>
        </w:rPr>
        <w:t>являются:</w:t>
      </w:r>
      <w:r w:rsidRPr="00943F09">
        <w:rPr>
          <w:lang w:val="ru-RU"/>
        </w:rPr>
        <w:br/>
        <w:t>1.4.1</w:t>
      </w:r>
      <w:proofErr w:type="gramEnd"/>
      <w:r w:rsidRPr="00943F09">
        <w:rPr>
          <w:lang w:val="ru-RU"/>
        </w:rPr>
        <w:t>. Исполнитель – ООО «Р.ФИТНЕС» (ОГРН 1267700017640, ИНН 9710156827).</w:t>
      </w:r>
      <w:r w:rsidRPr="00943F09">
        <w:rPr>
          <w:lang w:val="ru-RU"/>
        </w:rPr>
        <w:br/>
        <w:t>1.4.2. Заказчик – любое дееспособное физическое лицо, заключающее настоящий Договор с целью получения на территории фитнес-клуба «</w:t>
      </w:r>
      <w:r>
        <w:t>Magneto</w:t>
      </w:r>
      <w:r w:rsidRPr="00943F09">
        <w:rPr>
          <w:lang w:val="ru-RU"/>
        </w:rPr>
        <w:t>» физкультурно-оздоровительных и иных дополнительных услуг в пользу Потребителя услуг. Заказчик и Потребитель услуг могут совпадать.</w:t>
      </w:r>
    </w:p>
    <w:p w:rsidR="00C952DB" w:rsidRPr="00943F09" w:rsidRDefault="0041702C">
      <w:pPr>
        <w:spacing w:after="0" w:line="360" w:lineRule="auto"/>
        <w:ind w:firstLine="709"/>
        <w:jc w:val="both"/>
        <w:rPr>
          <w:lang w:val="ru-RU"/>
        </w:rPr>
      </w:pPr>
      <w:r w:rsidRPr="00943F09">
        <w:rPr>
          <w:lang w:val="ru-RU"/>
        </w:rPr>
        <w:t>1.5. Условия использования персональных данных Заказчика определены в Политике конфиденциальности Исполнителя и в разделе 9 настоящей Оферты. Политика конфиденциальности размещена на сайте (</w:t>
      </w:r>
      <w:r>
        <w:t>https</w:t>
      </w:r>
      <w:r w:rsidRPr="00943F09">
        <w:rPr>
          <w:lang w:val="ru-RU"/>
        </w:rPr>
        <w:t>://</w:t>
      </w:r>
      <w:proofErr w:type="spellStart"/>
      <w:r>
        <w:t>magnetofitness</w:t>
      </w:r>
      <w:proofErr w:type="spellEnd"/>
      <w:r w:rsidRPr="00943F09">
        <w:rPr>
          <w:lang w:val="ru-RU"/>
        </w:rPr>
        <w:t>.</w:t>
      </w:r>
      <w:proofErr w:type="spellStart"/>
      <w:r>
        <w:t>ru</w:t>
      </w:r>
      <w:proofErr w:type="spellEnd"/>
      <w:r w:rsidRPr="00943F09">
        <w:rPr>
          <w:lang w:val="ru-RU"/>
        </w:rPr>
        <w:t>/, далее – «Сайт») и на рецепции Клуба.</w:t>
      </w:r>
    </w:p>
    <w:p w:rsidR="00C952DB" w:rsidRPr="00943F09" w:rsidRDefault="0041702C">
      <w:pPr>
        <w:spacing w:after="0" w:line="360" w:lineRule="auto"/>
        <w:ind w:firstLine="709"/>
        <w:jc w:val="both"/>
        <w:rPr>
          <w:lang w:val="ru-RU"/>
        </w:rPr>
      </w:pPr>
      <w:r w:rsidRPr="00943F09">
        <w:rPr>
          <w:lang w:val="ru-RU"/>
        </w:rPr>
        <w:t>1.6. Порядок оказания услуг определен Правилами пользования услугами Клуба (далее – «Правила»), которые являются приложением к настоящей Оферте. Правила размещены на Сайте и на рецепции Клуба.</w:t>
      </w:r>
    </w:p>
    <w:p w:rsidR="00C952DB" w:rsidRPr="00943F09" w:rsidRDefault="0041702C">
      <w:pPr>
        <w:spacing w:after="0" w:line="360" w:lineRule="auto"/>
        <w:ind w:firstLine="709"/>
        <w:jc w:val="both"/>
        <w:rPr>
          <w:lang w:val="ru-RU"/>
        </w:rPr>
      </w:pPr>
      <w:r w:rsidRPr="00943F09">
        <w:rPr>
          <w:lang w:val="ru-RU"/>
        </w:rPr>
        <w:t>1.7. Акцептуя настоящую Оферту, Заказчик одновременно принимает условия Политики конфиденциальности и Правил.</w:t>
      </w:r>
    </w:p>
    <w:p w:rsidR="00C952DB" w:rsidRPr="00943F09" w:rsidRDefault="0041702C">
      <w:pPr>
        <w:spacing w:after="0" w:line="360" w:lineRule="auto"/>
        <w:ind w:firstLine="709"/>
        <w:jc w:val="both"/>
        <w:rPr>
          <w:lang w:val="ru-RU"/>
        </w:rPr>
      </w:pPr>
      <w:r w:rsidRPr="00943F09">
        <w:rPr>
          <w:lang w:val="ru-RU"/>
        </w:rPr>
        <w:t>1.8. Акцепт настоящей Оферты может быть только полным и безоговорочным. Акцепт фиксируется Исполнителем и может быть использован в качестве доказательства.</w:t>
      </w:r>
    </w:p>
    <w:p w:rsidR="00C952DB" w:rsidRPr="00943F09" w:rsidRDefault="0041702C">
      <w:pPr>
        <w:spacing w:after="0" w:line="360" w:lineRule="auto"/>
        <w:ind w:firstLine="709"/>
        <w:jc w:val="both"/>
        <w:rPr>
          <w:lang w:val="ru-RU"/>
        </w:rPr>
      </w:pPr>
      <w:r w:rsidRPr="00943F09">
        <w:rPr>
          <w:lang w:val="ru-RU"/>
        </w:rPr>
        <w:lastRenderedPageBreak/>
        <w:t>1.9. Акцепт Заказчиком настоящей Оферты и оплата стоимости Клубной карты являются основанием для оказания физкультурно-оздоровительных и дополнительных услуг на территории фитнес-клуба «</w:t>
      </w:r>
      <w:r>
        <w:t>Magneto</w:t>
      </w:r>
      <w:r w:rsidRPr="00943F09">
        <w:rPr>
          <w:lang w:val="ru-RU"/>
        </w:rPr>
        <w:t>».</w:t>
      </w:r>
    </w:p>
    <w:p w:rsidR="00C952DB" w:rsidRPr="00943F09" w:rsidRDefault="0041702C">
      <w:pPr>
        <w:spacing w:after="0" w:line="360" w:lineRule="auto"/>
        <w:ind w:firstLine="709"/>
        <w:jc w:val="both"/>
        <w:rPr>
          <w:lang w:val="ru-RU"/>
        </w:rPr>
      </w:pPr>
      <w:r w:rsidRPr="00943F09">
        <w:rPr>
          <w:lang w:val="ru-RU"/>
        </w:rPr>
        <w:t>1.10. Текущая редакция настоящей Оферты может быть изменена Исполнителем. Новая редакция вступает в силу с момента ее опубликования на рецепции Клуба и на Сайте, если иной, более поздний срок не указан в тексте новой редакции. Исполнитель публикует изменения и дополнения не менее чем за 10 (десять) календарных дней до вступления их в силу. С момента такого размещения Заказчик считается уведомленным о состоявшихся изменениях. Новая редакция Оферты распространяется на Заказчиков, акцептовавших Оферту после момента ее вступления в силу. В отношении Заказчиков, акцептовавших Оферту до вступления в силу изменений, применяются условия Оферты в редакции, действовавшей на дату акцепта, в части, ухудшающей их положение.</w:t>
      </w:r>
    </w:p>
    <w:p w:rsidR="00C952DB" w:rsidRPr="00943F09" w:rsidRDefault="0041702C">
      <w:pPr>
        <w:spacing w:after="0" w:line="360" w:lineRule="auto"/>
        <w:ind w:firstLine="709"/>
        <w:jc w:val="both"/>
        <w:rPr>
          <w:lang w:val="ru-RU"/>
        </w:rPr>
      </w:pPr>
      <w:r w:rsidRPr="00943F09">
        <w:rPr>
          <w:lang w:val="ru-RU"/>
        </w:rPr>
        <w:t>1.11. Текущая редакция Политики конфиденциальности и/или Правил может быть изменена Исполнителем. Новая редакция вступает в силу с момента опубликования на рецепции Клуба и на Сайте, если иной, более поздний срок не указан в тексте документа. Исполнитель публикует изменения не менее чем за 10 (десять) календарных дней до вступления их в силу. Изменения Правил не применяются к Заказчикам, акцептовавшим Оферту ранее, в части, ухудшающей их положение. В случае если Заказчик или Потребитель услуг, в интересах которого заключен настоящий Договор, не согласны с новыми условиями, они вправе прекратить получение услуг Исполнителя и расторгнуть Договор в одностороннем порядке с возвратом денежных средств в порядке, предусмотренном разделом 7 настоящей Оферты.</w:t>
      </w:r>
    </w:p>
    <w:p w:rsidR="00C952DB" w:rsidRPr="00943F09" w:rsidRDefault="0041702C">
      <w:pPr>
        <w:spacing w:after="0" w:line="360" w:lineRule="auto"/>
        <w:ind w:firstLine="709"/>
        <w:jc w:val="both"/>
        <w:rPr>
          <w:lang w:val="ru-RU"/>
        </w:rPr>
      </w:pPr>
      <w:r w:rsidRPr="00943F09">
        <w:rPr>
          <w:lang w:val="ru-RU"/>
        </w:rPr>
        <w:t xml:space="preserve">1.12. В случае если при ознакомлении с текстом Оферты или документов, указанных в пунктах 1.5, 1.6 Оферты, у Заказчика возникли вопросы по их условиям, Заказчик вправе задать интересующий его вопрос на рецепции Клуба или посредством электронной почты (адрес: </w:t>
      </w:r>
      <w:r>
        <w:t>manager</w:t>
      </w:r>
      <w:r w:rsidRPr="00943F09">
        <w:rPr>
          <w:lang w:val="ru-RU"/>
        </w:rPr>
        <w:t>.</w:t>
      </w:r>
      <w:proofErr w:type="spellStart"/>
      <w:r>
        <w:t>marino</w:t>
      </w:r>
      <w:proofErr w:type="spellEnd"/>
      <w:r w:rsidRPr="00943F09">
        <w:rPr>
          <w:lang w:val="ru-RU"/>
        </w:rPr>
        <w:t>@</w:t>
      </w:r>
      <w:r>
        <w:t>magneto</w:t>
      </w:r>
      <w:r w:rsidRPr="00943F09">
        <w:rPr>
          <w:lang w:val="ru-RU"/>
        </w:rPr>
        <w:t>.</w:t>
      </w:r>
      <w:r>
        <w:t>fit</w:t>
      </w:r>
      <w:r w:rsidRPr="00943F09">
        <w:rPr>
          <w:lang w:val="ru-RU"/>
        </w:rPr>
        <w:t>).</w:t>
      </w:r>
    </w:p>
    <w:p w:rsidR="00C952DB" w:rsidRPr="00943F09" w:rsidRDefault="0041702C">
      <w:pPr>
        <w:spacing w:after="0" w:line="360" w:lineRule="auto"/>
        <w:ind w:firstLine="709"/>
        <w:jc w:val="both"/>
        <w:rPr>
          <w:lang w:val="ru-RU"/>
        </w:rPr>
      </w:pPr>
      <w:r w:rsidRPr="00943F09">
        <w:rPr>
          <w:lang w:val="ru-RU"/>
        </w:rPr>
        <w:t xml:space="preserve">1.13. Акцептуя настоящую Оферту, Заказчик подтверждает, что полностью ознакомился с текстом Оферты, документами, указанными в пунктах 1.5, 1.6 Оферты, все их условия ему понятны и известны, у Заказчика не осталось </w:t>
      </w:r>
      <w:proofErr w:type="spellStart"/>
      <w:r w:rsidRPr="00943F09">
        <w:rPr>
          <w:lang w:val="ru-RU"/>
        </w:rPr>
        <w:t>неотвеченных</w:t>
      </w:r>
      <w:proofErr w:type="spellEnd"/>
      <w:r w:rsidRPr="00943F09">
        <w:rPr>
          <w:lang w:val="ru-RU"/>
        </w:rPr>
        <w:t xml:space="preserve"> вопросов. В случае если настоящая Оферта акцептуется Заказчиком в пользу Потребителя услуг (Заказчик и Потребитель услуг не совпадают), Заказчик подтверждает, что ознакомил Потребителя услуг с условиями Оферты, действующей редакцией Правил и Политики конфиденциальности.</w:t>
      </w:r>
    </w:p>
    <w:p w:rsidR="00C952DB" w:rsidRPr="00943F09" w:rsidRDefault="0041702C">
      <w:pPr>
        <w:spacing w:after="0" w:line="360" w:lineRule="auto"/>
        <w:ind w:firstLine="709"/>
        <w:jc w:val="both"/>
        <w:rPr>
          <w:lang w:val="ru-RU"/>
        </w:rPr>
      </w:pPr>
      <w:r w:rsidRPr="00943F09">
        <w:rPr>
          <w:lang w:val="ru-RU"/>
        </w:rPr>
        <w:t>1.14. Акцептуя настоящую Оферту, Заказчик подтверждает, что ему предоставлена и разъяснена следующая информация:</w:t>
      </w:r>
      <w:r w:rsidRPr="00943F09">
        <w:rPr>
          <w:lang w:val="ru-RU"/>
        </w:rPr>
        <w:br/>
      </w:r>
      <w:r w:rsidRPr="00943F09">
        <w:rPr>
          <w:lang w:val="ru-RU"/>
        </w:rPr>
        <w:lastRenderedPageBreak/>
        <w:t>а) перечень оказываемых физкультурно-оздоровительных услуг, форм и (или) условий их предоставления, в том числе информация о форме и порядке их оплаты;</w:t>
      </w:r>
      <w:r w:rsidRPr="00943F09">
        <w:rPr>
          <w:lang w:val="ru-RU"/>
        </w:rPr>
        <w:br/>
        <w:t>б) сведения о сроках оказания физкультурно-оздоровительных услуг;</w:t>
      </w:r>
      <w:r w:rsidRPr="00943F09">
        <w:rPr>
          <w:lang w:val="ru-RU"/>
        </w:rPr>
        <w:br/>
        <w:t>в) сведения об условиях изменения или расторжения договора;</w:t>
      </w:r>
      <w:r w:rsidRPr="00943F09">
        <w:rPr>
          <w:lang w:val="ru-RU"/>
        </w:rPr>
        <w:br/>
        <w:t>г) перечень и цена дополнительных платных физкультурно-оздоровительных услуг (при наличии), оказываемых исполнителем за отдельную плату в рамках заключенного договора, условия их приобретения и оплаты;</w:t>
      </w:r>
      <w:r w:rsidRPr="00943F09">
        <w:rPr>
          <w:lang w:val="ru-RU"/>
        </w:rPr>
        <w:br/>
        <w:t>д) перечень категорий лиц, имеющих право на получение льгот, а также перечень льгот, предоставляемых при оказании физкультурно-оздоровительных услуг в соответствии с законодательством Российской Федерации;</w:t>
      </w:r>
      <w:r w:rsidRPr="00943F09">
        <w:rPr>
          <w:lang w:val="ru-RU"/>
        </w:rPr>
        <w:br/>
        <w:t>е) способы оплаты физкультурно-оздоровительной услуги;</w:t>
      </w:r>
      <w:r w:rsidRPr="00943F09">
        <w:rPr>
          <w:lang w:val="ru-RU"/>
        </w:rPr>
        <w:br/>
        <w:t>ж) адрес, по которому принимаются претензии потребителя (заказчика);</w:t>
      </w:r>
      <w:r w:rsidRPr="00943F09">
        <w:rPr>
          <w:lang w:val="ru-RU"/>
        </w:rPr>
        <w:br/>
        <w:t>з) номера телефонов Исполнителя;</w:t>
      </w:r>
      <w:r w:rsidRPr="00943F09">
        <w:rPr>
          <w:lang w:val="ru-RU"/>
        </w:rPr>
        <w:br/>
        <w:t>и) информация о Законе Российской Федерации «О защите прав потребителей».</w:t>
      </w:r>
    </w:p>
    <w:p w:rsidR="00C952DB" w:rsidRPr="00943F09" w:rsidRDefault="0041702C">
      <w:pPr>
        <w:spacing w:after="0" w:line="360" w:lineRule="auto"/>
        <w:ind w:firstLine="709"/>
        <w:jc w:val="both"/>
        <w:rPr>
          <w:lang w:val="ru-RU"/>
        </w:rPr>
      </w:pPr>
      <w:r w:rsidRPr="00943F09">
        <w:rPr>
          <w:lang w:val="ru-RU"/>
        </w:rPr>
        <w:t>1.15. Используемые в Оферте термины и определения:</w:t>
      </w:r>
    </w:p>
    <w:p w:rsidR="00C952DB" w:rsidRPr="00943F09" w:rsidRDefault="0041702C">
      <w:pPr>
        <w:spacing w:after="0" w:line="360" w:lineRule="auto"/>
        <w:ind w:firstLine="709"/>
        <w:jc w:val="both"/>
        <w:rPr>
          <w:lang w:val="ru-RU"/>
        </w:rPr>
      </w:pPr>
      <w:r w:rsidRPr="00943F09">
        <w:rPr>
          <w:lang w:val="ru-RU"/>
        </w:rPr>
        <w:t>«Администрация Клуба» (в зависимости от контекста – «Исполнитель») – ООО «Р.ФИТНЕС» (ОГРН 1267700017640, ИНН 9710156827).</w:t>
      </w:r>
    </w:p>
    <w:p w:rsidR="00C952DB" w:rsidRPr="00943F09" w:rsidRDefault="0041702C">
      <w:pPr>
        <w:spacing w:after="0" w:line="360" w:lineRule="auto"/>
        <w:ind w:firstLine="709"/>
        <w:jc w:val="both"/>
        <w:rPr>
          <w:lang w:val="ru-RU"/>
        </w:rPr>
      </w:pPr>
      <w:r w:rsidRPr="00943F09">
        <w:rPr>
          <w:lang w:val="ru-RU"/>
        </w:rPr>
        <w:t>«Активация Клубной карты» – момент начала срока действия Клубной карты, то есть дата начала оказания услуг Исполнителем. Клубная карта считается активированной, а ее срок действия начинает течь с момента первого посещения Заказчиком Клуба, но не позднее 30 (тридцати) календарных дней с даты оплаты и оформления Клубной карты. По истечении указанного срока при отсутствии факта посещения Клубная карта считается автоматически активированной с 00:00 часов 31 (тридцать первого) календарного дня, и услуги считаются оказываемыми Исполнителем с указанной даты.</w:t>
      </w:r>
    </w:p>
    <w:p w:rsidR="00C952DB" w:rsidRPr="00943F09" w:rsidRDefault="0041702C">
      <w:pPr>
        <w:spacing w:after="0" w:line="360" w:lineRule="auto"/>
        <w:ind w:firstLine="709"/>
        <w:jc w:val="both"/>
        <w:rPr>
          <w:lang w:val="ru-RU"/>
        </w:rPr>
      </w:pPr>
      <w:r w:rsidRPr="00943F09">
        <w:rPr>
          <w:lang w:val="ru-RU"/>
        </w:rPr>
        <w:t>«Базовые услуги» – услуги Клуба, включенные в стоимость приобретаемой Клубной карты. Перечень Базовых услуг, входящих в стоимость соответствующей Клубной карты, указан на Сайте и на рецепции Клуба.</w:t>
      </w:r>
    </w:p>
    <w:p w:rsidR="00C952DB" w:rsidRPr="00943F09" w:rsidRDefault="0041702C">
      <w:pPr>
        <w:spacing w:after="0" w:line="360" w:lineRule="auto"/>
        <w:ind w:firstLine="709"/>
        <w:jc w:val="both"/>
        <w:rPr>
          <w:lang w:val="ru-RU"/>
        </w:rPr>
      </w:pPr>
      <w:r w:rsidRPr="00943F09">
        <w:rPr>
          <w:lang w:val="ru-RU"/>
        </w:rPr>
        <w:t>«Гостевой визит» – разовый оплачиваемый визит.</w:t>
      </w:r>
    </w:p>
    <w:p w:rsidR="00C952DB" w:rsidRPr="00943F09" w:rsidRDefault="0041702C">
      <w:pPr>
        <w:spacing w:after="0" w:line="360" w:lineRule="auto"/>
        <w:ind w:firstLine="709"/>
        <w:jc w:val="both"/>
        <w:rPr>
          <w:lang w:val="ru-RU"/>
        </w:rPr>
      </w:pPr>
      <w:r w:rsidRPr="00943F09">
        <w:rPr>
          <w:lang w:val="ru-RU"/>
        </w:rPr>
        <w:t>«Гость Клуба» – физическое лицо, не являющееся Членом Клуба, посещающее Клуб на условиях гостевого визита. Гость Клуба обязан соблюдать Правила Клуба. Гостю Клуба выдается Клубная карта на оплаченный гостевой визит.</w:t>
      </w:r>
    </w:p>
    <w:p w:rsidR="00C952DB" w:rsidRPr="00943F09" w:rsidRDefault="0041702C">
      <w:pPr>
        <w:spacing w:after="0" w:line="360" w:lineRule="auto"/>
        <w:ind w:firstLine="709"/>
        <w:jc w:val="both"/>
        <w:rPr>
          <w:lang w:val="ru-RU"/>
        </w:rPr>
      </w:pPr>
      <w:r w:rsidRPr="00943F09">
        <w:rPr>
          <w:lang w:val="ru-RU"/>
        </w:rPr>
        <w:t>«Детский гостевой визит» – разовое оплачиваемое посещение Клуба детьми (в возрасте от 1,5 до 15 лет) Членов Клуба в момент пребывания последних в Клубе.</w:t>
      </w:r>
    </w:p>
    <w:p w:rsidR="00C952DB" w:rsidRPr="00943F09" w:rsidRDefault="0041702C">
      <w:pPr>
        <w:spacing w:after="0" w:line="360" w:lineRule="auto"/>
        <w:ind w:firstLine="709"/>
        <w:jc w:val="both"/>
        <w:rPr>
          <w:lang w:val="ru-RU"/>
        </w:rPr>
      </w:pPr>
      <w:r w:rsidRPr="00943F09">
        <w:rPr>
          <w:lang w:val="ru-RU"/>
        </w:rPr>
        <w:t>«Дополнительные услуги» – услуги, не включенные в стоимость Клубной карты и оплачиваемые Членом Клуба отдельно.</w:t>
      </w:r>
    </w:p>
    <w:p w:rsidR="00C952DB" w:rsidRPr="00943F09" w:rsidRDefault="0041702C">
      <w:pPr>
        <w:spacing w:after="0" w:line="360" w:lineRule="auto"/>
        <w:ind w:firstLine="709"/>
        <w:jc w:val="both"/>
        <w:rPr>
          <w:lang w:val="ru-RU"/>
        </w:rPr>
      </w:pPr>
      <w:r w:rsidRPr="00943F09">
        <w:rPr>
          <w:lang w:val="ru-RU"/>
        </w:rPr>
        <w:lastRenderedPageBreak/>
        <w:t>«Заказчик» – любое лицо, заключающее настоящий Договор с целью получения на территории фитнес-клуба «</w:t>
      </w:r>
      <w:r>
        <w:t>Magneto</w:t>
      </w:r>
      <w:r w:rsidRPr="00943F09">
        <w:rPr>
          <w:lang w:val="ru-RU"/>
        </w:rPr>
        <w:t>» физкультурно-оздоровительных и иных дополнительных услуг в пользу Потребителя. В зависимости от контекста Заказчик именуется Член Клуба, Гость Клуба, Посетитель Клуба, Потребитель услуг.</w:t>
      </w:r>
    </w:p>
    <w:p w:rsidR="00C952DB" w:rsidRPr="00943F09" w:rsidRDefault="0041702C">
      <w:pPr>
        <w:spacing w:after="0" w:line="360" w:lineRule="auto"/>
        <w:ind w:firstLine="709"/>
        <w:jc w:val="both"/>
        <w:rPr>
          <w:lang w:val="ru-RU"/>
        </w:rPr>
      </w:pPr>
      <w:r w:rsidRPr="00943F09">
        <w:rPr>
          <w:lang w:val="ru-RU"/>
        </w:rPr>
        <w:t>«Заморозка» – приостановление оказания услуг Клуба в течение срока действия Клубной карты. Условия «Заморозки» предусмотрены Правилами Клуба.</w:t>
      </w:r>
    </w:p>
    <w:p w:rsidR="00C952DB" w:rsidRPr="00943F09" w:rsidRDefault="0041702C">
      <w:pPr>
        <w:spacing w:after="0" w:line="360" w:lineRule="auto"/>
        <w:ind w:firstLine="709"/>
        <w:jc w:val="both"/>
        <w:rPr>
          <w:lang w:val="ru-RU"/>
        </w:rPr>
      </w:pPr>
      <w:r w:rsidRPr="00943F09">
        <w:rPr>
          <w:lang w:val="ru-RU"/>
        </w:rPr>
        <w:t>«Зона Клуба» – участок пространства Клуба с определенным целевым назначением и режимом использования.</w:t>
      </w:r>
    </w:p>
    <w:p w:rsidR="00C952DB" w:rsidRPr="00943F09" w:rsidRDefault="0041702C">
      <w:pPr>
        <w:spacing w:after="0" w:line="360" w:lineRule="auto"/>
        <w:ind w:firstLine="709"/>
        <w:jc w:val="both"/>
        <w:rPr>
          <w:lang w:val="ru-RU"/>
        </w:rPr>
      </w:pPr>
      <w:r w:rsidRPr="00943F09">
        <w:rPr>
          <w:lang w:val="ru-RU"/>
        </w:rPr>
        <w:t>«Инструктор Клуба» – штатный сотрудник Клуба либо лицо, привлеченное Клубом на договорной основе, оказывающее Посетителю Клуба физкультурно-оздоровительные и дополнительные услуги.</w:t>
      </w:r>
    </w:p>
    <w:p w:rsidR="00C952DB" w:rsidRPr="00943F09" w:rsidRDefault="0041702C">
      <w:pPr>
        <w:spacing w:after="0" w:line="360" w:lineRule="auto"/>
        <w:ind w:firstLine="709"/>
        <w:jc w:val="both"/>
        <w:rPr>
          <w:lang w:val="ru-RU"/>
        </w:rPr>
      </w:pPr>
      <w:r w:rsidRPr="00943F09">
        <w:rPr>
          <w:lang w:val="ru-RU"/>
        </w:rPr>
        <w:t>«Клуб» – спортивный комплекс, фитнес-клуб «</w:t>
      </w:r>
      <w:r>
        <w:t>Magneto</w:t>
      </w:r>
      <w:r w:rsidRPr="00943F09">
        <w:rPr>
          <w:lang w:val="ru-RU"/>
        </w:rPr>
        <w:t>», оказывающий физкультурно-оздоровительные и иные дополнительные услуги. Конкретное наименование и адрес Клуба, в котором Потребитель будет получать физкультурно-оздоровительные услуги, указаны в Заявлении на присоединение к Оферте или выбраны Заказчиком на Сайте при дистанционном способе заключения Договора.</w:t>
      </w:r>
    </w:p>
    <w:p w:rsidR="00C952DB" w:rsidRPr="00943F09" w:rsidRDefault="0041702C">
      <w:pPr>
        <w:spacing w:after="0" w:line="360" w:lineRule="auto"/>
        <w:ind w:firstLine="709"/>
        <w:jc w:val="both"/>
        <w:rPr>
          <w:lang w:val="ru-RU"/>
        </w:rPr>
      </w:pPr>
      <w:r w:rsidRPr="00943F09">
        <w:rPr>
          <w:lang w:val="ru-RU"/>
        </w:rPr>
        <w:t>«Клубная карта» – индивидуальная карта Члена Клуба, удостоверяющая право Члена Клуба на получение Базовых услуг в выбранном Заказчиком Клубе. Клубные карты подразделяются на виды в зависимости от конкретного Клуба, перечня, объема и сроков оказания включенных в них Базовых услуг. Клубные карты имеют срок действия, который является сроком оказания услуг Клуба. Карта является собственностью Клуба, выбранного Заказчиком как место оказания услуг.</w:t>
      </w:r>
    </w:p>
    <w:p w:rsidR="00C952DB" w:rsidRPr="00943F09" w:rsidRDefault="0041702C">
      <w:pPr>
        <w:spacing w:after="0" w:line="360" w:lineRule="auto"/>
        <w:ind w:firstLine="709"/>
        <w:jc w:val="both"/>
        <w:rPr>
          <w:lang w:val="ru-RU"/>
        </w:rPr>
      </w:pPr>
      <w:r w:rsidRPr="00943F09">
        <w:rPr>
          <w:lang w:val="ru-RU"/>
        </w:rPr>
        <w:t>«Персональная тренировка» – индивидуальная тренировка с инструктором Клуба.</w:t>
      </w:r>
    </w:p>
    <w:p w:rsidR="00C952DB" w:rsidRPr="00943F09" w:rsidRDefault="0041702C">
      <w:pPr>
        <w:spacing w:after="0" w:line="360" w:lineRule="auto"/>
        <w:ind w:firstLine="709"/>
        <w:jc w:val="both"/>
        <w:rPr>
          <w:lang w:val="ru-RU"/>
        </w:rPr>
      </w:pPr>
      <w:r w:rsidRPr="00943F09">
        <w:rPr>
          <w:lang w:val="ru-RU"/>
        </w:rPr>
        <w:t>«Посетитель Клуба» – см. «Потребитель услуг».</w:t>
      </w:r>
    </w:p>
    <w:p w:rsidR="00C952DB" w:rsidRPr="00943F09" w:rsidRDefault="0041702C">
      <w:pPr>
        <w:spacing w:after="0" w:line="360" w:lineRule="auto"/>
        <w:ind w:firstLine="709"/>
        <w:jc w:val="both"/>
        <w:rPr>
          <w:lang w:val="ru-RU"/>
        </w:rPr>
      </w:pPr>
      <w:r w:rsidRPr="00943F09">
        <w:rPr>
          <w:lang w:val="ru-RU"/>
        </w:rPr>
        <w:t>«Потребитель услуг» – физическое лицо, непосредственно получающее физкультурно-оздоровительные и иные дополнительные услуги на территории фитнес-клуба «</w:t>
      </w:r>
      <w:r>
        <w:t>Magneto</w:t>
      </w:r>
      <w:r w:rsidRPr="00943F09">
        <w:rPr>
          <w:lang w:val="ru-RU"/>
        </w:rPr>
        <w:t>». Потребители услуг обязаны соблюдать действующие Правила Клуба. В зависимости от контекста Потребитель услуг может именоваться Посетителем, Заказчиком, Членом Клуба или Гостем Клуба.</w:t>
      </w:r>
    </w:p>
    <w:p w:rsidR="00C952DB" w:rsidRPr="00943F09" w:rsidRDefault="0041702C">
      <w:pPr>
        <w:spacing w:after="0" w:line="360" w:lineRule="auto"/>
        <w:ind w:firstLine="709"/>
        <w:jc w:val="both"/>
        <w:rPr>
          <w:lang w:val="ru-RU"/>
        </w:rPr>
      </w:pPr>
      <w:r w:rsidRPr="00943F09">
        <w:rPr>
          <w:lang w:val="ru-RU"/>
        </w:rPr>
        <w:t>«Правила Клуба» – документ, устанавливающий порядок оказания Клубом физкультурно-оздоровительных и дополнительных услуг, содержащий их основные условия, принципы взаимодействия Сторон, правила посещения Клуба, правила поведения в Клубе, правила безопасности, ответственность посетителей, а также права и обязанности Сторон и являющийся обязательным для всех посетителей Клуба.</w:t>
      </w:r>
    </w:p>
    <w:p w:rsidR="00C952DB" w:rsidRPr="00943F09" w:rsidRDefault="0041702C">
      <w:pPr>
        <w:spacing w:after="0" w:line="360" w:lineRule="auto"/>
        <w:ind w:firstLine="709"/>
        <w:jc w:val="both"/>
        <w:rPr>
          <w:lang w:val="ru-RU"/>
        </w:rPr>
      </w:pPr>
      <w:r w:rsidRPr="00943F09">
        <w:rPr>
          <w:lang w:val="ru-RU"/>
        </w:rPr>
        <w:lastRenderedPageBreak/>
        <w:t>«Член Клуба» – физическое лицо, в пользу которого заключен Договор, обладающее Клубной картой и являющееся непосредственным потребителем физкультурно-оздоровительных услуг Клуба, прошедшее процедуру регистрации. В зависимости от контекста Член Клуба может именоваться Заказчиком, Посетителем Клуба, Потребителем услуг.</w:t>
      </w:r>
    </w:p>
    <w:p w:rsidR="00C952DB" w:rsidRPr="00943F09" w:rsidRDefault="0041702C">
      <w:pPr>
        <w:pStyle w:val="21"/>
        <w:rPr>
          <w:lang w:val="ru-RU"/>
        </w:rPr>
      </w:pPr>
      <w:r w:rsidRPr="00943F09">
        <w:rPr>
          <w:lang w:val="ru-RU"/>
        </w:rPr>
        <w:t>2. ПРЕДМЕТ ОФЕРТЫ</w:t>
      </w:r>
    </w:p>
    <w:p w:rsidR="00C952DB" w:rsidRPr="00943F09" w:rsidRDefault="0041702C">
      <w:pPr>
        <w:spacing w:after="0" w:line="360" w:lineRule="auto"/>
        <w:ind w:firstLine="709"/>
        <w:jc w:val="both"/>
        <w:rPr>
          <w:lang w:val="ru-RU"/>
        </w:rPr>
      </w:pPr>
      <w:r w:rsidRPr="00943F09">
        <w:rPr>
          <w:lang w:val="ru-RU"/>
        </w:rPr>
        <w:t>2.1. В соответствии с условиями настоящей Оферты Исполнитель обязуется оказать Заказчику или лицу, в пользу которого заключен Договор, на территории Клуба возмездные физкультурно-оздоровительные и иные дополнительные услуги, приобретаемые Заказчиком.</w:t>
      </w:r>
    </w:p>
    <w:p w:rsidR="00C952DB" w:rsidRPr="00943F09" w:rsidRDefault="0041702C">
      <w:pPr>
        <w:spacing w:after="0" w:line="360" w:lineRule="auto"/>
        <w:ind w:firstLine="709"/>
        <w:jc w:val="both"/>
        <w:rPr>
          <w:lang w:val="ru-RU"/>
        </w:rPr>
      </w:pPr>
      <w:r w:rsidRPr="00943F09">
        <w:rPr>
          <w:lang w:val="ru-RU"/>
        </w:rPr>
        <w:t>2.2. Услуги предоставляются только после совершения Заказчиком совокупности действий: акцепта Оферты и оплаты стоимости Клубной карты в сроки, согласованные Сторонами.</w:t>
      </w:r>
    </w:p>
    <w:p w:rsidR="00C952DB" w:rsidRPr="00943F09" w:rsidRDefault="0041702C">
      <w:pPr>
        <w:spacing w:after="0" w:line="360" w:lineRule="auto"/>
        <w:ind w:firstLine="709"/>
        <w:jc w:val="both"/>
        <w:rPr>
          <w:lang w:val="ru-RU"/>
        </w:rPr>
      </w:pPr>
      <w:r w:rsidRPr="00943F09">
        <w:rPr>
          <w:lang w:val="ru-RU"/>
        </w:rPr>
        <w:t>2.3. Услуги оказываются в соответствии с условиями Договора, Правил и обязательными требованиями, установленными законодательством Российской Федерации. Исполнитель не принимает на себя обязательств по достижению конкретного результата (улучшение физической формы, снижение массы тела и т.п.), однако несет ответственность за качество и безопасность оказываемых услуг в соответствии с законодательством Российской Федерации.</w:t>
      </w:r>
    </w:p>
    <w:p w:rsidR="00C952DB" w:rsidRPr="00943F09" w:rsidRDefault="0041702C">
      <w:pPr>
        <w:spacing w:after="0" w:line="360" w:lineRule="auto"/>
        <w:ind w:firstLine="709"/>
        <w:jc w:val="both"/>
        <w:rPr>
          <w:lang w:val="ru-RU"/>
        </w:rPr>
      </w:pPr>
      <w:r w:rsidRPr="00943F09">
        <w:rPr>
          <w:lang w:val="ru-RU"/>
        </w:rPr>
        <w:t>2.4. Перечень, объем, длительность и сроки оказания услуг зависят от вида приобретаемой Заказчиком Клубной карты либо согласовываются Сторонами непосредственно при оплате разового гостевого визита. По истечении срока действия Клубной карты прекращаются обязательства Исполнителя по оказанию услуг Заказчику.</w:t>
      </w:r>
    </w:p>
    <w:p w:rsidR="00C952DB" w:rsidRPr="00943F09" w:rsidRDefault="0041702C">
      <w:pPr>
        <w:spacing w:after="0" w:line="360" w:lineRule="auto"/>
        <w:ind w:firstLine="709"/>
        <w:jc w:val="both"/>
        <w:rPr>
          <w:lang w:val="ru-RU"/>
        </w:rPr>
      </w:pPr>
      <w:r w:rsidRPr="00943F09">
        <w:rPr>
          <w:lang w:val="ru-RU"/>
        </w:rPr>
        <w:t>2.5. Исполнитель вправе изменять перечень и количество оказываемых услуг, их группировку в Клубные карты, длительность оказания услуг (сроки действия Клубных карт), корректировать, дополнять и актуализировать их перечень, изменять стоимость услуг и Клубных карт. При этом условия уже оплаченной Клубной карты не подлежат изменению в одностороннем порядке: перечень и объем Базовых услуг, входящих в оплаченную Клубную карту, изменяются только по соглашению Сторон либо с предоставлением Члену Клуба равноценной замены.</w:t>
      </w:r>
    </w:p>
    <w:p w:rsidR="00C952DB" w:rsidRPr="00943F09" w:rsidRDefault="0041702C">
      <w:pPr>
        <w:spacing w:after="0" w:line="360" w:lineRule="auto"/>
        <w:ind w:firstLine="709"/>
        <w:jc w:val="both"/>
        <w:rPr>
          <w:lang w:val="ru-RU"/>
        </w:rPr>
      </w:pPr>
      <w:r w:rsidRPr="00943F09">
        <w:rPr>
          <w:lang w:val="ru-RU"/>
        </w:rPr>
        <w:t>2.6. В целях оказания услуг Исполнитель вправе привлекать третьих лиц без предварительного согласования с Заказчиком, при этом Исполнитель отвечает перед Заказчиком за действия таких третьих лиц как за свои собственные.</w:t>
      </w:r>
    </w:p>
    <w:p w:rsidR="00C952DB" w:rsidRPr="00943F09" w:rsidRDefault="0041702C">
      <w:pPr>
        <w:spacing w:after="0" w:line="360" w:lineRule="auto"/>
        <w:ind w:firstLine="709"/>
        <w:jc w:val="both"/>
        <w:rPr>
          <w:lang w:val="ru-RU"/>
        </w:rPr>
      </w:pPr>
      <w:r w:rsidRPr="00943F09">
        <w:rPr>
          <w:lang w:val="ru-RU"/>
        </w:rPr>
        <w:t>2.7. Место оказания услуг – Клуб «</w:t>
      </w:r>
      <w:r>
        <w:t>Magneto</w:t>
      </w:r>
      <w:r w:rsidRPr="00943F09">
        <w:rPr>
          <w:lang w:val="ru-RU"/>
        </w:rPr>
        <w:t xml:space="preserve">», адрес которого указан Заказчиком в заявлении на присоединение к Оферте или выбран Заказчиком на Сайте (при </w:t>
      </w:r>
      <w:r w:rsidRPr="00943F09">
        <w:rPr>
          <w:lang w:val="ru-RU"/>
        </w:rPr>
        <w:lastRenderedPageBreak/>
        <w:t xml:space="preserve">дистанционном способе заключения Договора). Оказание услуг по Клубной карте возможно только в выбранном Заказчиком Клубе. В случае прекращения деятельности Клуба либо невозможности оказания услуг по не зависящим от Сторон обстоятельствам Исполнитель по соглашению Сторон предоставляет услуги в другом </w:t>
      </w:r>
      <w:proofErr w:type="gramStart"/>
      <w:r w:rsidRPr="00943F09">
        <w:rPr>
          <w:lang w:val="ru-RU"/>
        </w:rPr>
        <w:t>Клубе</w:t>
      </w:r>
      <w:proofErr w:type="gramEnd"/>
      <w:r w:rsidRPr="00943F09">
        <w:rPr>
          <w:lang w:val="ru-RU"/>
        </w:rPr>
        <w:t xml:space="preserve"> либо возвращает денежные средства за неиспользованный период действия Клубной карты в порядке, предусмотренном разделом 7 настоящей Оферты.</w:t>
      </w:r>
    </w:p>
    <w:p w:rsidR="00C952DB" w:rsidRPr="00943F09" w:rsidRDefault="0041702C">
      <w:pPr>
        <w:pStyle w:val="21"/>
        <w:rPr>
          <w:lang w:val="ru-RU"/>
        </w:rPr>
      </w:pPr>
      <w:r w:rsidRPr="00943F09">
        <w:rPr>
          <w:lang w:val="ru-RU"/>
        </w:rPr>
        <w:t>3. АКЦЕПТ ОФЕРТЫ И ОПЛАТА</w:t>
      </w:r>
    </w:p>
    <w:p w:rsidR="00C952DB" w:rsidRPr="00943F09" w:rsidRDefault="0041702C">
      <w:pPr>
        <w:spacing w:after="0" w:line="360" w:lineRule="auto"/>
        <w:ind w:firstLine="709"/>
        <w:jc w:val="both"/>
        <w:rPr>
          <w:lang w:val="ru-RU"/>
        </w:rPr>
      </w:pPr>
      <w:r w:rsidRPr="00943F09">
        <w:rPr>
          <w:lang w:val="ru-RU"/>
        </w:rPr>
        <w:t>3.1. Для получения услуг Заказчику необходимо акцептовать Оферту и оплатить услуги Исполнителя. До момента акцепта Оферты Заказчик обязан:</w:t>
      </w:r>
    </w:p>
    <w:p w:rsidR="00C952DB" w:rsidRPr="00943F09" w:rsidRDefault="0041702C">
      <w:pPr>
        <w:spacing w:after="0" w:line="360" w:lineRule="auto"/>
        <w:ind w:firstLine="709"/>
        <w:jc w:val="both"/>
        <w:rPr>
          <w:lang w:val="ru-RU"/>
        </w:rPr>
      </w:pPr>
      <w:r w:rsidRPr="00943F09">
        <w:rPr>
          <w:lang w:val="ru-RU"/>
        </w:rPr>
        <w:t>3.1.1. ознакомиться на Сайте или на рецепции с разновидностью Клубных карт, их стоимостью, перечнем, объемами, сроками и иными условиями оказания услуг (в том числе сроками действия Клубных карт), входящих в соответствующий вид Клубной карты, местом оказания услуг (конкретный Клуб Исполнителя), Правилами оказания услуг, Политикой конфиденциальности и иной информацией, размещенной на Сайте и на рецепции. В случае если настоящая Оферта акцептуется Заказчиком в интересах третьих лиц, Заказчик перед акцептом Оферты обязуется ознакомить такое лицо с условиями Оферты, действующей редакцией Правил и Политики конфиденциальности;</w:t>
      </w:r>
    </w:p>
    <w:p w:rsidR="00C952DB" w:rsidRPr="00943F09" w:rsidRDefault="0041702C">
      <w:pPr>
        <w:spacing w:after="0" w:line="360" w:lineRule="auto"/>
        <w:ind w:firstLine="709"/>
        <w:jc w:val="both"/>
        <w:rPr>
          <w:lang w:val="ru-RU"/>
        </w:rPr>
      </w:pPr>
      <w:r w:rsidRPr="00943F09">
        <w:rPr>
          <w:lang w:val="ru-RU"/>
        </w:rPr>
        <w:t>3.1.2. выбрать интересующий его Клуб и вид Клубной карты.</w:t>
      </w:r>
    </w:p>
    <w:p w:rsidR="00C952DB" w:rsidRPr="00943F09" w:rsidRDefault="0041702C">
      <w:pPr>
        <w:spacing w:after="0" w:line="360" w:lineRule="auto"/>
        <w:ind w:firstLine="709"/>
        <w:jc w:val="both"/>
        <w:rPr>
          <w:lang w:val="ru-RU"/>
        </w:rPr>
      </w:pPr>
      <w:r w:rsidRPr="00943F09">
        <w:rPr>
          <w:lang w:val="ru-RU"/>
        </w:rPr>
        <w:t xml:space="preserve">3.2. В случае если при выборе у Заказчика возникнут вопросы, он вправе обратиться на рецепцию или в службу поддержки посредством электронной почты: </w:t>
      </w:r>
      <w:r>
        <w:t>manager</w:t>
      </w:r>
      <w:r w:rsidRPr="00943F09">
        <w:rPr>
          <w:lang w:val="ru-RU"/>
        </w:rPr>
        <w:t>.</w:t>
      </w:r>
      <w:proofErr w:type="spellStart"/>
      <w:r>
        <w:t>marino</w:t>
      </w:r>
      <w:proofErr w:type="spellEnd"/>
      <w:r w:rsidRPr="00943F09">
        <w:rPr>
          <w:lang w:val="ru-RU"/>
        </w:rPr>
        <w:t>@</w:t>
      </w:r>
      <w:r>
        <w:t>magneto</w:t>
      </w:r>
      <w:r w:rsidRPr="00943F09">
        <w:rPr>
          <w:lang w:val="ru-RU"/>
        </w:rPr>
        <w:t>.</w:t>
      </w:r>
      <w:r>
        <w:t>fit</w:t>
      </w:r>
      <w:r w:rsidRPr="00943F09">
        <w:rPr>
          <w:lang w:val="ru-RU"/>
        </w:rPr>
        <w:t>. Заказчик не должен акцептовать Оферту, если какие-либо условия оказания услуг ему не понятны или он не уверен в необходимости приобретения услуг, предусмотренных настоящей Офертой.</w:t>
      </w:r>
    </w:p>
    <w:p w:rsidR="00C952DB" w:rsidRPr="00943F09" w:rsidRDefault="0041702C">
      <w:pPr>
        <w:spacing w:after="0" w:line="360" w:lineRule="auto"/>
        <w:ind w:firstLine="709"/>
        <w:jc w:val="both"/>
        <w:rPr>
          <w:lang w:val="ru-RU"/>
        </w:rPr>
      </w:pPr>
      <w:r w:rsidRPr="00943F09">
        <w:rPr>
          <w:lang w:val="ru-RU"/>
        </w:rPr>
        <w:t>3.3. Заказчик, определившийся с необходимым ему видом Клубной карты, осуществляет акцепт Оферты.</w:t>
      </w:r>
    </w:p>
    <w:p w:rsidR="00C952DB" w:rsidRPr="00943F09" w:rsidRDefault="0041702C">
      <w:pPr>
        <w:spacing w:after="0" w:line="360" w:lineRule="auto"/>
        <w:ind w:firstLine="709"/>
        <w:jc w:val="both"/>
        <w:rPr>
          <w:lang w:val="ru-RU"/>
        </w:rPr>
      </w:pPr>
      <w:r w:rsidRPr="00943F09">
        <w:rPr>
          <w:lang w:val="ru-RU"/>
        </w:rPr>
        <w:t>3.4. В зависимости от способа заключения Договора (непосредственно в Клубе или дистанционным способом – на Сайте) акцепт Оферты осуществляется следующими действиями Заказчика:</w:t>
      </w:r>
    </w:p>
    <w:p w:rsidR="00C952DB" w:rsidRPr="00943F09" w:rsidRDefault="0041702C">
      <w:pPr>
        <w:spacing w:after="0" w:line="360" w:lineRule="auto"/>
        <w:ind w:firstLine="709"/>
        <w:jc w:val="both"/>
        <w:rPr>
          <w:lang w:val="ru-RU"/>
        </w:rPr>
      </w:pPr>
      <w:r w:rsidRPr="00943F09">
        <w:rPr>
          <w:lang w:val="ru-RU"/>
        </w:rPr>
        <w:t>3.4.1. При заключении Договора непосредственно в выбранном Заказчиком Клубе Заказчик подписывает Заявление на присоединение к настоящей Оферте. Оферта считается акцептованной с момента подписания заявления Заказчиком.</w:t>
      </w:r>
    </w:p>
    <w:p w:rsidR="00C952DB" w:rsidRPr="00943F09" w:rsidRDefault="0041702C">
      <w:pPr>
        <w:spacing w:after="0" w:line="360" w:lineRule="auto"/>
        <w:ind w:firstLine="709"/>
        <w:jc w:val="both"/>
        <w:rPr>
          <w:lang w:val="ru-RU"/>
        </w:rPr>
      </w:pPr>
      <w:r w:rsidRPr="00943F09">
        <w:rPr>
          <w:lang w:val="ru-RU"/>
        </w:rPr>
        <w:t>3.4.2. При дистанционном способе заключения Договора акцепт Оферты осуществляется путем выполнения Заказчиком конклюдентных действий, выраженных в заполнении и активации Заказчиком активных полей на соответствующей странице Сайта.</w:t>
      </w:r>
    </w:p>
    <w:p w:rsidR="00C952DB" w:rsidRPr="00943F09" w:rsidRDefault="0041702C">
      <w:pPr>
        <w:spacing w:after="0" w:line="360" w:lineRule="auto"/>
        <w:ind w:firstLine="709"/>
        <w:jc w:val="both"/>
        <w:rPr>
          <w:lang w:val="ru-RU"/>
        </w:rPr>
      </w:pPr>
      <w:r w:rsidRPr="00943F09">
        <w:rPr>
          <w:lang w:val="ru-RU"/>
        </w:rPr>
        <w:lastRenderedPageBreak/>
        <w:t>3.4.3. Независимо от способа заключения Договора Исполнитель обеспечивает Заказчику возможность ознакомиться с полным текстом Оферты, Правил, Правил посещения отдельных фитнес-зон и прейскуранта до момента акцепта. Акцепт оформляется проставлением Заказчиком отметки «ознакомлен и согласен» с указанием версии (редакции) Оферты и Правил. Копия акцептованной Оферты и Правил направляется Заказчику на указанный им адрес электронной почты в формате, пригодном для сохранения и воспроизведения. По требованию Заказчика ему предоставляется экземпляр Оферты и Правил на бумажном носителе на рецепции Клуба.</w:t>
      </w:r>
    </w:p>
    <w:p w:rsidR="00C952DB" w:rsidRPr="00943F09" w:rsidRDefault="0041702C">
      <w:pPr>
        <w:spacing w:after="0" w:line="360" w:lineRule="auto"/>
        <w:ind w:firstLine="709"/>
        <w:jc w:val="both"/>
        <w:rPr>
          <w:lang w:val="ru-RU"/>
        </w:rPr>
      </w:pPr>
      <w:r w:rsidRPr="00943F09">
        <w:rPr>
          <w:lang w:val="ru-RU"/>
        </w:rPr>
        <w:t>3.5. Подписание заявления на присоединение к настоящей Оферте возможно в том числе посредством простой электронной подписи (далее – «ПЭП») путем совершения конклюдентных действий, предусмотренных пунктами 3.5.1–3.5.8:</w:t>
      </w:r>
    </w:p>
    <w:p w:rsidR="00C952DB" w:rsidRPr="00943F09" w:rsidRDefault="0041702C">
      <w:pPr>
        <w:spacing w:after="0" w:line="360" w:lineRule="auto"/>
        <w:ind w:firstLine="709"/>
        <w:jc w:val="both"/>
        <w:rPr>
          <w:lang w:val="ru-RU"/>
        </w:rPr>
      </w:pPr>
      <w:r w:rsidRPr="00943F09">
        <w:rPr>
          <w:lang w:val="ru-RU"/>
        </w:rPr>
        <w:t xml:space="preserve">3.5.1. Для акцепта Оферты Заказчик указывает Исполнителю свой номер мобильного телефона. Исполнитель направляет на указанный номер мобильного телефона посредством </w:t>
      </w:r>
      <w:r>
        <w:t>SMS</w:t>
      </w:r>
      <w:r w:rsidRPr="00943F09">
        <w:rPr>
          <w:lang w:val="ru-RU"/>
        </w:rPr>
        <w:t>-сообщения специальный одноразовый цифровой код подтверждения (далее – «Код подтверждения»), а также ссылку на интернет-страницу с текстом настоящей Оферты.</w:t>
      </w:r>
    </w:p>
    <w:p w:rsidR="00C952DB" w:rsidRPr="00943F09" w:rsidRDefault="0041702C">
      <w:pPr>
        <w:spacing w:after="0" w:line="360" w:lineRule="auto"/>
        <w:ind w:firstLine="709"/>
        <w:jc w:val="both"/>
        <w:rPr>
          <w:lang w:val="ru-RU"/>
        </w:rPr>
      </w:pPr>
      <w:r w:rsidRPr="00943F09">
        <w:rPr>
          <w:lang w:val="ru-RU"/>
        </w:rPr>
        <w:t>3.5.2. Для подписания Заявления на присоединение к Оферте (акцепта) Заказчик обязан:</w:t>
      </w:r>
    </w:p>
    <w:p w:rsidR="00C952DB" w:rsidRDefault="0041702C">
      <w:pPr>
        <w:pStyle w:val="a0"/>
        <w:numPr>
          <w:ilvl w:val="0"/>
          <w:numId w:val="10"/>
        </w:numPr>
        <w:spacing w:after="0" w:line="360" w:lineRule="auto"/>
        <w:jc w:val="both"/>
      </w:pPr>
      <w:proofErr w:type="spellStart"/>
      <w:r>
        <w:t>перейти</w:t>
      </w:r>
      <w:proofErr w:type="spellEnd"/>
      <w:r>
        <w:t xml:space="preserve"> </w:t>
      </w:r>
      <w:proofErr w:type="spellStart"/>
      <w:r>
        <w:t>по</w:t>
      </w:r>
      <w:proofErr w:type="spellEnd"/>
      <w:r>
        <w:t xml:space="preserve"> </w:t>
      </w:r>
      <w:proofErr w:type="spellStart"/>
      <w:r>
        <w:t>полученной</w:t>
      </w:r>
      <w:proofErr w:type="spellEnd"/>
      <w:r>
        <w:t xml:space="preserve"> </w:t>
      </w:r>
      <w:proofErr w:type="spellStart"/>
      <w:r>
        <w:t>ссылке</w:t>
      </w:r>
      <w:proofErr w:type="spellEnd"/>
      <w:r>
        <w:t>;</w:t>
      </w:r>
    </w:p>
    <w:p w:rsidR="00C952DB" w:rsidRPr="00943F09" w:rsidRDefault="0041702C">
      <w:pPr>
        <w:pStyle w:val="a0"/>
        <w:numPr>
          <w:ilvl w:val="0"/>
          <w:numId w:val="10"/>
        </w:numPr>
        <w:spacing w:after="0" w:line="360" w:lineRule="auto"/>
        <w:jc w:val="both"/>
        <w:rPr>
          <w:lang w:val="ru-RU"/>
        </w:rPr>
      </w:pPr>
      <w:r w:rsidRPr="00943F09">
        <w:rPr>
          <w:lang w:val="ru-RU"/>
        </w:rPr>
        <w:t>заполнить все обязательные поля формы Заявления (в том числе фамилию, имя, отчество и адрес электронной почты);</w:t>
      </w:r>
    </w:p>
    <w:p w:rsidR="00C952DB" w:rsidRPr="00943F09" w:rsidRDefault="0041702C">
      <w:pPr>
        <w:pStyle w:val="a0"/>
        <w:numPr>
          <w:ilvl w:val="0"/>
          <w:numId w:val="10"/>
        </w:numPr>
        <w:spacing w:after="0" w:line="360" w:lineRule="auto"/>
        <w:jc w:val="both"/>
        <w:rPr>
          <w:lang w:val="ru-RU"/>
        </w:rPr>
      </w:pPr>
      <w:r w:rsidRPr="00943F09">
        <w:rPr>
          <w:lang w:val="ru-RU"/>
        </w:rPr>
        <w:t>ввести полученный Код подтверждения в соответствующее поле формы.</w:t>
      </w:r>
    </w:p>
    <w:p w:rsidR="00C952DB" w:rsidRPr="00943F09" w:rsidRDefault="0041702C">
      <w:pPr>
        <w:spacing w:after="0" w:line="360" w:lineRule="auto"/>
        <w:ind w:firstLine="709"/>
        <w:jc w:val="both"/>
        <w:rPr>
          <w:lang w:val="ru-RU"/>
        </w:rPr>
      </w:pPr>
      <w:r w:rsidRPr="00943F09">
        <w:rPr>
          <w:lang w:val="ru-RU"/>
        </w:rPr>
        <w:t>3.5.3. Проверка ПЭП, которой подписано Заявление на присоединение, осуществляется Исполнителем автоматически с использованием программно-технологического комплекса путем сверки введенного Заказчиком Кода подтверждения с данными, содержащимися в системе генерации ПЭП Исполнителя.</w:t>
      </w:r>
    </w:p>
    <w:p w:rsidR="00C952DB" w:rsidRPr="00943F09" w:rsidRDefault="0041702C">
      <w:pPr>
        <w:spacing w:after="0" w:line="360" w:lineRule="auto"/>
        <w:ind w:firstLine="709"/>
        <w:jc w:val="both"/>
        <w:rPr>
          <w:lang w:val="ru-RU"/>
        </w:rPr>
      </w:pPr>
      <w:r w:rsidRPr="00943F09">
        <w:rPr>
          <w:lang w:val="ru-RU"/>
        </w:rPr>
        <w:t>3.5.4. Акцепт Оферты считается совершенным, а Договор – заключенным с момента успешного завершения процедуры, указанной в пункте 3.5.2, при условии, что введенный Код подтверждения признан верным по результатам проверки в соответствии с пунктом 3.5.3.</w:t>
      </w:r>
    </w:p>
    <w:p w:rsidR="00C952DB" w:rsidRPr="00943F09" w:rsidRDefault="0041702C">
      <w:pPr>
        <w:spacing w:after="0" w:line="360" w:lineRule="auto"/>
        <w:ind w:firstLine="709"/>
        <w:jc w:val="both"/>
        <w:rPr>
          <w:lang w:val="ru-RU"/>
        </w:rPr>
      </w:pPr>
      <w:r w:rsidRPr="00943F09">
        <w:rPr>
          <w:lang w:val="ru-RU"/>
        </w:rPr>
        <w:t>3.5.5. В случае если Код подтверждения, указанный Заказчиком, не прошел процедуру проверки, Исполнитель уведомляет об этом Заказчика. При этом Заявление Заказчика считается не подписанным, акцепт не состоявшимся, а Договор не заключенным.</w:t>
      </w:r>
    </w:p>
    <w:p w:rsidR="00C952DB" w:rsidRPr="00943F09" w:rsidRDefault="0041702C">
      <w:pPr>
        <w:spacing w:after="0" w:line="360" w:lineRule="auto"/>
        <w:ind w:firstLine="709"/>
        <w:jc w:val="both"/>
        <w:rPr>
          <w:lang w:val="ru-RU"/>
        </w:rPr>
      </w:pPr>
      <w:r w:rsidRPr="00943F09">
        <w:rPr>
          <w:lang w:val="ru-RU"/>
        </w:rPr>
        <w:t xml:space="preserve">3.5.6. В течение разумного срока после акцепта Оферты в соответствии с пунктом 3.5.4 Исполнитель направляет Заказчику на указанный им адрес электронной почты копию </w:t>
      </w:r>
      <w:r w:rsidRPr="00943F09">
        <w:rPr>
          <w:lang w:val="ru-RU"/>
        </w:rPr>
        <w:lastRenderedPageBreak/>
        <w:t>акцептованной Оферты (текст Договора) в формате, пригодном для сохранения и воспроизведения.</w:t>
      </w:r>
    </w:p>
    <w:p w:rsidR="00C952DB" w:rsidRPr="00943F09" w:rsidRDefault="0041702C">
      <w:pPr>
        <w:spacing w:after="0" w:line="360" w:lineRule="auto"/>
        <w:ind w:firstLine="709"/>
        <w:jc w:val="both"/>
        <w:rPr>
          <w:lang w:val="ru-RU"/>
        </w:rPr>
      </w:pPr>
      <w:r w:rsidRPr="00943F09">
        <w:rPr>
          <w:lang w:val="ru-RU"/>
        </w:rPr>
        <w:t>3.5.7. Лицо, совершившее действия по акцепту Оферты с использованием ПЭП, идентифицируется как Заказчик – сторона по Договору, которому принадлежит указанный номер мобильного телефона и который указан в тексте Заявления на присоединение.</w:t>
      </w:r>
    </w:p>
    <w:p w:rsidR="00C952DB" w:rsidRPr="00943F09" w:rsidRDefault="0041702C">
      <w:pPr>
        <w:spacing w:after="0" w:line="360" w:lineRule="auto"/>
        <w:ind w:firstLine="709"/>
        <w:jc w:val="both"/>
        <w:rPr>
          <w:lang w:val="ru-RU"/>
        </w:rPr>
      </w:pPr>
      <w:r w:rsidRPr="00943F09">
        <w:rPr>
          <w:lang w:val="ru-RU"/>
        </w:rPr>
        <w:t>3.5.8. Все документы, подписанные Заказчиком посредством ПЭП в порядке, предусмотренном настоящим разделом, имеют юридическую силу и считаются равнозначными документам на бумажном носителе, подписанным собственноручной подписью Заказчика.</w:t>
      </w:r>
    </w:p>
    <w:p w:rsidR="00C952DB" w:rsidRPr="00943F09" w:rsidRDefault="0041702C">
      <w:pPr>
        <w:spacing w:after="0" w:line="360" w:lineRule="auto"/>
        <w:ind w:firstLine="709"/>
        <w:jc w:val="both"/>
        <w:rPr>
          <w:lang w:val="ru-RU"/>
        </w:rPr>
      </w:pPr>
      <w:r w:rsidRPr="00943F09">
        <w:rPr>
          <w:lang w:val="ru-RU"/>
        </w:rPr>
        <w:t>3.6. Акцепт Оферты является полным и безоговорочным.</w:t>
      </w:r>
    </w:p>
    <w:p w:rsidR="00C952DB" w:rsidRPr="00943F09" w:rsidRDefault="0041702C">
      <w:pPr>
        <w:spacing w:after="0" w:line="360" w:lineRule="auto"/>
        <w:ind w:firstLine="709"/>
        <w:jc w:val="both"/>
        <w:rPr>
          <w:lang w:val="ru-RU"/>
        </w:rPr>
      </w:pPr>
      <w:r w:rsidRPr="00943F09">
        <w:rPr>
          <w:lang w:val="ru-RU"/>
        </w:rPr>
        <w:t>3.7. Для получения услуг помимо акцепта Оферты Заказчик обязан оплатить услуги Исполнителя на нижеперечисленных условиях.</w:t>
      </w:r>
    </w:p>
    <w:p w:rsidR="00C952DB" w:rsidRPr="00943F09" w:rsidRDefault="0041702C">
      <w:pPr>
        <w:spacing w:after="0" w:line="360" w:lineRule="auto"/>
        <w:ind w:firstLine="709"/>
        <w:jc w:val="both"/>
        <w:rPr>
          <w:lang w:val="ru-RU"/>
        </w:rPr>
      </w:pPr>
      <w:r w:rsidRPr="00943F09">
        <w:rPr>
          <w:lang w:val="ru-RU"/>
        </w:rPr>
        <w:t>3.8. Если иное не согласовано Сторонами, оплата осуществляется Заказчиком не позднее даты акцепта Оферты на условиях 100 % предварительной оплаты.</w:t>
      </w:r>
    </w:p>
    <w:p w:rsidR="00C952DB" w:rsidRPr="00943F09" w:rsidRDefault="0041702C">
      <w:pPr>
        <w:spacing w:after="0" w:line="360" w:lineRule="auto"/>
        <w:ind w:firstLine="709"/>
        <w:jc w:val="both"/>
        <w:rPr>
          <w:lang w:val="ru-RU"/>
        </w:rPr>
      </w:pPr>
      <w:r w:rsidRPr="00943F09">
        <w:rPr>
          <w:lang w:val="ru-RU"/>
        </w:rPr>
        <w:t>3.9. Оплата стоимости Клубной карты производится Заказчиком посредством:</w:t>
      </w:r>
      <w:r w:rsidRPr="00943F09">
        <w:rPr>
          <w:lang w:val="ru-RU"/>
        </w:rPr>
        <w:br/>
        <w:t>3.9.1. безналичной оплаты с банковской карты, данные которой указываются Заказчиком в сервисе оплаты на Сайте;</w:t>
      </w:r>
      <w:r w:rsidRPr="00943F09">
        <w:rPr>
          <w:lang w:val="ru-RU"/>
        </w:rPr>
        <w:br/>
        <w:t>3.9.2. безналичной оплаты с банковской карты непосредственно в Клубе;</w:t>
      </w:r>
      <w:r w:rsidRPr="00943F09">
        <w:rPr>
          <w:lang w:val="ru-RU"/>
        </w:rPr>
        <w:br/>
        <w:t>3.9.3. наличной оплаты непосредственно в Клубе;</w:t>
      </w:r>
      <w:r w:rsidRPr="00943F09">
        <w:rPr>
          <w:lang w:val="ru-RU"/>
        </w:rPr>
        <w:br/>
        <w:t>3.9.4. передачи денежных средств (посредством наличного или безналичного расчета) Исполнителю в качестве предварительного платежа для последующего их использования в целях оплаты дополнительных услуг Исполнителя.</w:t>
      </w:r>
    </w:p>
    <w:p w:rsidR="00C952DB" w:rsidRPr="00943F09" w:rsidRDefault="0041702C">
      <w:pPr>
        <w:spacing w:after="0" w:line="360" w:lineRule="auto"/>
        <w:ind w:firstLine="709"/>
        <w:jc w:val="both"/>
        <w:rPr>
          <w:lang w:val="ru-RU"/>
        </w:rPr>
      </w:pPr>
      <w:r w:rsidRPr="00943F09">
        <w:rPr>
          <w:lang w:val="ru-RU"/>
        </w:rPr>
        <w:t>3.10. При безналичной оплате Исполнитель не имеет доступа к указанным Заказчиком данным банковской карты и не несет ответственности за сохранность и конфиденциальность передаваемых данных при проведении безналичной оплаты. Безналичная оплата осуществляется с участием уполномоченного оператора по приему платежей, оператора электронных денежных средств или иного участника расчетов и регулируется правилами платежных систем, банков (в том числе банка-эмитента банковской карты) и других участников расчетов.</w:t>
      </w:r>
    </w:p>
    <w:p w:rsidR="00C952DB" w:rsidRPr="00943F09" w:rsidRDefault="0041702C">
      <w:pPr>
        <w:spacing w:after="0" w:line="360" w:lineRule="auto"/>
        <w:ind w:firstLine="709"/>
        <w:jc w:val="both"/>
        <w:rPr>
          <w:lang w:val="ru-RU"/>
        </w:rPr>
      </w:pPr>
      <w:r w:rsidRPr="00943F09">
        <w:rPr>
          <w:lang w:val="ru-RU"/>
        </w:rPr>
        <w:t>3.11. При безналичной оплате Заказчик считается исполнившим свои обязательства по оплате с момента зачисления денежных средств на расчетный счет Исполнителя.</w:t>
      </w:r>
    </w:p>
    <w:p w:rsidR="00C952DB" w:rsidRPr="00943F09" w:rsidRDefault="0041702C">
      <w:pPr>
        <w:spacing w:after="0" w:line="360" w:lineRule="auto"/>
        <w:ind w:firstLine="709"/>
        <w:jc w:val="both"/>
        <w:rPr>
          <w:lang w:val="ru-RU"/>
        </w:rPr>
      </w:pPr>
      <w:r w:rsidRPr="00943F09">
        <w:rPr>
          <w:lang w:val="ru-RU"/>
        </w:rPr>
        <w:t xml:space="preserve">3.12. При указании своих данных в процессе безналичной оплаты на Сайте и дальнейшем использовании банковской карты Заказчик подтверждает и гарантирует, </w:t>
      </w:r>
      <w:proofErr w:type="gramStart"/>
      <w:r w:rsidRPr="00943F09">
        <w:rPr>
          <w:lang w:val="ru-RU"/>
        </w:rPr>
        <w:t>что:</w:t>
      </w:r>
      <w:r w:rsidRPr="00943F09">
        <w:rPr>
          <w:lang w:val="ru-RU"/>
        </w:rPr>
        <w:br/>
        <w:t>3.12.1</w:t>
      </w:r>
      <w:proofErr w:type="gramEnd"/>
      <w:r w:rsidRPr="00943F09">
        <w:rPr>
          <w:lang w:val="ru-RU"/>
        </w:rPr>
        <w:t xml:space="preserve">. указал достоверную и полную информацию о действительной банковской карте, выданной на его имя (либо им получено безоговорочное согласие держателя банковской </w:t>
      </w:r>
      <w:r w:rsidRPr="00943F09">
        <w:rPr>
          <w:lang w:val="ru-RU"/>
        </w:rPr>
        <w:lastRenderedPageBreak/>
        <w:t>карты);</w:t>
      </w:r>
      <w:r w:rsidRPr="00943F09">
        <w:rPr>
          <w:lang w:val="ru-RU"/>
        </w:rPr>
        <w:br/>
        <w:t>3.12.2. соблюдает правила платежных систем и требования банка-эмитента, выпустившего банковскую карту, в том числе в отношении порядка проведения безналичных расчетов.</w:t>
      </w:r>
    </w:p>
    <w:p w:rsidR="00C952DB" w:rsidRPr="00943F09" w:rsidRDefault="0041702C">
      <w:pPr>
        <w:spacing w:after="0" w:line="360" w:lineRule="auto"/>
        <w:ind w:firstLine="709"/>
        <w:jc w:val="both"/>
        <w:rPr>
          <w:lang w:val="ru-RU"/>
        </w:rPr>
      </w:pPr>
      <w:r w:rsidRPr="00943F09">
        <w:rPr>
          <w:lang w:val="ru-RU"/>
        </w:rPr>
        <w:t>3.13. Заказчик понимает и соглашается, что все действия, совершенные в рамках сервиса оплаты на Сайте, считаются совершенными Заказчиком.</w:t>
      </w:r>
    </w:p>
    <w:p w:rsidR="00C952DB" w:rsidRPr="00943F09" w:rsidRDefault="0041702C">
      <w:pPr>
        <w:spacing w:after="0" w:line="360" w:lineRule="auto"/>
        <w:ind w:firstLine="709"/>
        <w:jc w:val="both"/>
        <w:rPr>
          <w:lang w:val="ru-RU"/>
        </w:rPr>
      </w:pPr>
      <w:r w:rsidRPr="00943F09">
        <w:rPr>
          <w:lang w:val="ru-RU"/>
        </w:rPr>
        <w:t>3.14. При дистанционном способе заключения Договора после успешной оплаты на Сайте Заказчику на указанный им адрес электронной почты приходит подтверждение оплаты (электронный чек). При оплате непосредственно в Клубе Заказчику передается чек об оплате.</w:t>
      </w:r>
    </w:p>
    <w:p w:rsidR="00C952DB" w:rsidRPr="00943F09" w:rsidRDefault="0041702C">
      <w:pPr>
        <w:spacing w:after="0" w:line="360" w:lineRule="auto"/>
        <w:ind w:firstLine="709"/>
        <w:jc w:val="both"/>
        <w:rPr>
          <w:lang w:val="ru-RU"/>
        </w:rPr>
      </w:pPr>
      <w:r w:rsidRPr="00943F09">
        <w:rPr>
          <w:lang w:val="ru-RU"/>
        </w:rPr>
        <w:t>3.15. Детская Клубная карта может быть приобретена как совместно со взрослой Клубной картой, так и самостоятельно, если вид Карты предусматривает самостоятельное посещение. Дети могут получать услуги только при наличии детской Клубной карты.</w:t>
      </w:r>
    </w:p>
    <w:p w:rsidR="00C952DB" w:rsidRPr="00943F09" w:rsidRDefault="0041702C">
      <w:pPr>
        <w:spacing w:after="0" w:line="360" w:lineRule="auto"/>
        <w:ind w:firstLine="709"/>
        <w:jc w:val="both"/>
        <w:rPr>
          <w:lang w:val="ru-RU"/>
        </w:rPr>
      </w:pPr>
      <w:r w:rsidRPr="00943F09">
        <w:rPr>
          <w:lang w:val="ru-RU"/>
        </w:rPr>
        <w:t>3.16. Оплата за детские Клубные карты для Потребителей услуг младше 14 лет производится только их законными представителями. Денежные средства от несовершеннолетних младше 14 лет Администрацией Клуба не принимаются.</w:t>
      </w:r>
    </w:p>
    <w:p w:rsidR="00C952DB" w:rsidRPr="00943F09" w:rsidRDefault="0041702C">
      <w:pPr>
        <w:spacing w:after="0" w:line="360" w:lineRule="auto"/>
        <w:ind w:firstLine="709"/>
        <w:jc w:val="both"/>
        <w:rPr>
          <w:lang w:val="ru-RU"/>
        </w:rPr>
      </w:pPr>
      <w:r w:rsidRPr="00943F09">
        <w:rPr>
          <w:lang w:val="ru-RU"/>
        </w:rPr>
        <w:t>3.17. После осуществления Заказчиком оплаты стоимости Клубной карты Исполнитель обязан оформить Заказчику Клубную карту.</w:t>
      </w:r>
    </w:p>
    <w:p w:rsidR="00C952DB" w:rsidRPr="00943F09" w:rsidRDefault="0041702C">
      <w:pPr>
        <w:pStyle w:val="21"/>
        <w:rPr>
          <w:lang w:val="ru-RU"/>
        </w:rPr>
      </w:pPr>
      <w:r w:rsidRPr="00943F09">
        <w:rPr>
          <w:lang w:val="ru-RU"/>
        </w:rPr>
        <w:t>4. ПРАВА И ОБЯЗАННОСТИ СТОРОН</w:t>
      </w:r>
    </w:p>
    <w:p w:rsidR="00C952DB" w:rsidRPr="00943F09" w:rsidRDefault="0041702C">
      <w:pPr>
        <w:pStyle w:val="31"/>
        <w:rPr>
          <w:lang w:val="ru-RU"/>
        </w:rPr>
      </w:pPr>
      <w:r w:rsidRPr="00943F09">
        <w:rPr>
          <w:lang w:val="ru-RU"/>
        </w:rPr>
        <w:t>4.1. Исполнитель обязан:</w:t>
      </w:r>
    </w:p>
    <w:p w:rsidR="00C952DB" w:rsidRPr="00943F09" w:rsidRDefault="0041702C">
      <w:pPr>
        <w:spacing w:after="0" w:line="360" w:lineRule="auto"/>
        <w:ind w:firstLine="709"/>
        <w:jc w:val="both"/>
        <w:rPr>
          <w:lang w:val="ru-RU"/>
        </w:rPr>
      </w:pPr>
      <w:r w:rsidRPr="00943F09">
        <w:rPr>
          <w:lang w:val="ru-RU"/>
        </w:rPr>
        <w:t>4.1.1. оказать физкультурно-оздоровительные и дополнительные услуги в соответствии с условиями Договора и Правил;</w:t>
      </w:r>
    </w:p>
    <w:p w:rsidR="00C952DB" w:rsidRPr="00943F09" w:rsidRDefault="0041702C">
      <w:pPr>
        <w:spacing w:after="0" w:line="360" w:lineRule="auto"/>
        <w:ind w:firstLine="709"/>
        <w:jc w:val="both"/>
        <w:rPr>
          <w:lang w:val="ru-RU"/>
        </w:rPr>
      </w:pPr>
      <w:r w:rsidRPr="00943F09">
        <w:rPr>
          <w:lang w:val="ru-RU"/>
        </w:rPr>
        <w:t>4.1.2. предоставить Заказчику Клубную карту при условии акцепта Оферты и оплаты ее стоимости;</w:t>
      </w:r>
    </w:p>
    <w:p w:rsidR="00C952DB" w:rsidRPr="00943F09" w:rsidRDefault="0041702C">
      <w:pPr>
        <w:spacing w:after="0" w:line="360" w:lineRule="auto"/>
        <w:ind w:firstLine="709"/>
        <w:jc w:val="both"/>
        <w:rPr>
          <w:lang w:val="ru-RU"/>
        </w:rPr>
      </w:pPr>
      <w:r w:rsidRPr="00943F09">
        <w:rPr>
          <w:lang w:val="ru-RU"/>
        </w:rPr>
        <w:t>4.1.3. в период срока действия Клубной карты предоставить Заказчику право посещения Клуба с учетом оплаченных Заказчиком услуг (вида Клубной карты), за исключением зон Клуба, в которых оказываются платные услуги, не входящие в перечень Базовых услуг соответствующей Клубной карты Заказчика;</w:t>
      </w:r>
    </w:p>
    <w:p w:rsidR="00C952DB" w:rsidRPr="00943F09" w:rsidRDefault="0041702C">
      <w:pPr>
        <w:spacing w:after="0" w:line="360" w:lineRule="auto"/>
        <w:ind w:firstLine="709"/>
        <w:jc w:val="both"/>
        <w:rPr>
          <w:lang w:val="ru-RU"/>
        </w:rPr>
      </w:pPr>
      <w:r w:rsidRPr="00943F09">
        <w:rPr>
          <w:lang w:val="ru-RU"/>
        </w:rPr>
        <w:t>4.1.4. сохранять конфиденциальность информации и обеспечивать защиту персональных данных Заказчика, полученных при регистрации;</w:t>
      </w:r>
    </w:p>
    <w:p w:rsidR="00C952DB" w:rsidRPr="00943F09" w:rsidRDefault="0041702C">
      <w:pPr>
        <w:spacing w:after="0" w:line="360" w:lineRule="auto"/>
        <w:ind w:firstLine="709"/>
        <w:jc w:val="both"/>
        <w:rPr>
          <w:lang w:val="ru-RU"/>
        </w:rPr>
      </w:pPr>
      <w:r w:rsidRPr="00943F09">
        <w:rPr>
          <w:lang w:val="ru-RU"/>
        </w:rPr>
        <w:t>4.1.5. обеспечить соблюдение требований пожарной безопасности, санитарных норм и правил по организации и оказанию физкультурно-оздоровительных услуг;</w:t>
      </w:r>
    </w:p>
    <w:p w:rsidR="00C952DB" w:rsidRPr="00943F09" w:rsidRDefault="0041702C">
      <w:pPr>
        <w:spacing w:after="0" w:line="360" w:lineRule="auto"/>
        <w:ind w:firstLine="709"/>
        <w:jc w:val="both"/>
        <w:rPr>
          <w:lang w:val="ru-RU"/>
        </w:rPr>
      </w:pPr>
      <w:r w:rsidRPr="00943F09">
        <w:rPr>
          <w:lang w:val="ru-RU"/>
        </w:rPr>
        <w:t>4.1.6. обеспечить рабочее состояние спортивного, сантехнического и иного оборудования, проводить его техническое обслуживание;</w:t>
      </w:r>
    </w:p>
    <w:p w:rsidR="00C952DB" w:rsidRPr="00943F09" w:rsidRDefault="0041702C">
      <w:pPr>
        <w:spacing w:after="0" w:line="360" w:lineRule="auto"/>
        <w:ind w:firstLine="709"/>
        <w:jc w:val="both"/>
        <w:rPr>
          <w:lang w:val="ru-RU"/>
        </w:rPr>
      </w:pPr>
      <w:r w:rsidRPr="00943F09">
        <w:rPr>
          <w:lang w:val="ru-RU"/>
        </w:rPr>
        <w:lastRenderedPageBreak/>
        <w:t>4.1.7. обеспечить безопасные условия оказания услуг, включая наличие аптечки для оказания первой помощи, средств пожаротушения и связи, а также обученного персонала; в зоне бассейна обеспечить присутствие обученного персонала;</w:t>
      </w:r>
    </w:p>
    <w:p w:rsidR="00C952DB" w:rsidRPr="00943F09" w:rsidRDefault="0041702C">
      <w:pPr>
        <w:spacing w:after="0" w:line="360" w:lineRule="auto"/>
        <w:ind w:firstLine="709"/>
        <w:jc w:val="both"/>
        <w:rPr>
          <w:lang w:val="ru-RU"/>
        </w:rPr>
      </w:pPr>
      <w:r w:rsidRPr="00943F09">
        <w:rPr>
          <w:lang w:val="ru-RU"/>
        </w:rPr>
        <w:t>4.1.8. провести с Заказчиком (Потребителем услуг) инструктаж по технике безопасности с отметкой в журнале инструктажа до начала оказания услуг;</w:t>
      </w:r>
    </w:p>
    <w:p w:rsidR="00C952DB" w:rsidRPr="00943F09" w:rsidRDefault="0041702C">
      <w:pPr>
        <w:spacing w:after="0" w:line="360" w:lineRule="auto"/>
        <w:ind w:firstLine="709"/>
        <w:jc w:val="both"/>
        <w:rPr>
          <w:lang w:val="ru-RU"/>
        </w:rPr>
      </w:pPr>
      <w:r w:rsidRPr="00943F09">
        <w:rPr>
          <w:lang w:val="ru-RU"/>
        </w:rPr>
        <w:t>4.1.9. осуществлять надзор за несовершеннолетними Потребителями услуг в период проведения тренировок (занятий) и в период пребывания в детском клубе (детской игровой комнате);</w:t>
      </w:r>
    </w:p>
    <w:p w:rsidR="00C952DB" w:rsidRPr="00943F09" w:rsidRDefault="0041702C">
      <w:pPr>
        <w:spacing w:after="0" w:line="360" w:lineRule="auto"/>
        <w:ind w:firstLine="709"/>
        <w:jc w:val="both"/>
        <w:rPr>
          <w:lang w:val="ru-RU"/>
        </w:rPr>
      </w:pPr>
      <w:r w:rsidRPr="00943F09">
        <w:rPr>
          <w:lang w:val="ru-RU"/>
        </w:rPr>
        <w:t>4.1.10. предоставлять Заказчику оборудованные в раздевалке шкафы для хранения личных вещей в количестве не более одного на каждое посещение, а также индивидуальные сейфовые ячейки в порядке, установленном Правилами. Ответственность за сохранность личных вещей определяется в соответствии с разделом 5 настоящей Оферты и Правилами;</w:t>
      </w:r>
    </w:p>
    <w:p w:rsidR="00C952DB" w:rsidRPr="00943F09" w:rsidRDefault="0041702C">
      <w:pPr>
        <w:spacing w:after="0" w:line="360" w:lineRule="auto"/>
        <w:ind w:firstLine="709"/>
        <w:jc w:val="both"/>
        <w:rPr>
          <w:lang w:val="ru-RU"/>
        </w:rPr>
      </w:pPr>
      <w:r w:rsidRPr="00943F09">
        <w:rPr>
          <w:lang w:val="ru-RU"/>
        </w:rPr>
        <w:t>4.1.11. своевременно информировать Заказчика об изменениях в структуре услуг, оказываемых по Договору, не менее чем за 10 (десять) календарных дней, за исключением случаев, требующих незамедлительных действий;</w:t>
      </w:r>
    </w:p>
    <w:p w:rsidR="00C952DB" w:rsidRPr="00943F09" w:rsidRDefault="0041702C">
      <w:pPr>
        <w:spacing w:after="0" w:line="360" w:lineRule="auto"/>
        <w:ind w:firstLine="709"/>
        <w:jc w:val="both"/>
        <w:rPr>
          <w:lang w:val="ru-RU"/>
        </w:rPr>
      </w:pPr>
      <w:r w:rsidRPr="00943F09">
        <w:rPr>
          <w:lang w:val="ru-RU"/>
        </w:rPr>
        <w:t>4.1.12. рассматривать обращения и требования Заказчика (Потребителя услуг) в сроки, установленные законодательством Российской Федерации, в том числе требования о возврате денежных средств – в течение 10 (десяти) календарных дней.</w:t>
      </w:r>
    </w:p>
    <w:p w:rsidR="00C952DB" w:rsidRPr="00943F09" w:rsidRDefault="0041702C">
      <w:pPr>
        <w:pStyle w:val="31"/>
        <w:rPr>
          <w:lang w:val="ru-RU"/>
        </w:rPr>
      </w:pPr>
      <w:r w:rsidRPr="00943F09">
        <w:rPr>
          <w:lang w:val="ru-RU"/>
        </w:rPr>
        <w:t>4.2. Исполнитель вправе:</w:t>
      </w:r>
    </w:p>
    <w:p w:rsidR="00C952DB" w:rsidRPr="00943F09" w:rsidRDefault="0041702C">
      <w:pPr>
        <w:spacing w:after="0" w:line="360" w:lineRule="auto"/>
        <w:ind w:firstLine="709"/>
        <w:jc w:val="both"/>
        <w:rPr>
          <w:lang w:val="ru-RU"/>
        </w:rPr>
      </w:pPr>
      <w:r w:rsidRPr="00943F09">
        <w:rPr>
          <w:lang w:val="ru-RU"/>
        </w:rPr>
        <w:t>4.2.1. отстранить Посетителя от занятия за несоблюдение или нарушение условий настоящего Договора и/или Правил оказания услуг;</w:t>
      </w:r>
    </w:p>
    <w:p w:rsidR="00C952DB" w:rsidRPr="00943F09" w:rsidRDefault="0041702C">
      <w:pPr>
        <w:spacing w:after="0" w:line="360" w:lineRule="auto"/>
        <w:ind w:firstLine="709"/>
        <w:jc w:val="both"/>
        <w:rPr>
          <w:lang w:val="ru-RU"/>
        </w:rPr>
      </w:pPr>
      <w:r w:rsidRPr="00943F09">
        <w:rPr>
          <w:lang w:val="ru-RU"/>
        </w:rPr>
        <w:t>4.2.2. привлечь сотрудников службы безопасности Клуба либо вызвать сотрудников полиции для выдворения Посетителя при грубом нарушении последним Правил оказания услуг;</w:t>
      </w:r>
    </w:p>
    <w:p w:rsidR="00C952DB" w:rsidRPr="00943F09" w:rsidRDefault="0041702C">
      <w:pPr>
        <w:spacing w:after="0" w:line="360" w:lineRule="auto"/>
        <w:ind w:firstLine="709"/>
        <w:jc w:val="both"/>
        <w:rPr>
          <w:lang w:val="ru-RU"/>
        </w:rPr>
      </w:pPr>
      <w:r w:rsidRPr="00943F09">
        <w:rPr>
          <w:lang w:val="ru-RU"/>
        </w:rPr>
        <w:t>4.2.3. отказать в посещении Клуба посетителям, находящимся в состоянии алкогольного, наркотического или токсического опьянения; посетителям, нарушающим общественный порядок, личную неприкосновенность окружающих лиц; посетителям, оскорбляющим сотрудников или гостей Клуба; порядок фиксации таких обстоятельств установлен Правилами;</w:t>
      </w:r>
    </w:p>
    <w:p w:rsidR="00C952DB" w:rsidRPr="00943F09" w:rsidRDefault="0041702C">
      <w:pPr>
        <w:spacing w:after="0" w:line="360" w:lineRule="auto"/>
        <w:ind w:firstLine="709"/>
        <w:jc w:val="both"/>
        <w:rPr>
          <w:lang w:val="ru-RU"/>
        </w:rPr>
      </w:pPr>
      <w:r w:rsidRPr="00943F09">
        <w:rPr>
          <w:lang w:val="ru-RU"/>
        </w:rPr>
        <w:t>4.2.4. без предварительного согласования привлекать третьих лиц (тренеров, инструкторов, специалистов) для оказания услуг, отвечая за их действия как за свои собственные;</w:t>
      </w:r>
    </w:p>
    <w:p w:rsidR="00C952DB" w:rsidRPr="00943F09" w:rsidRDefault="0041702C">
      <w:pPr>
        <w:spacing w:after="0" w:line="360" w:lineRule="auto"/>
        <w:ind w:firstLine="709"/>
        <w:jc w:val="both"/>
        <w:rPr>
          <w:lang w:val="ru-RU"/>
        </w:rPr>
      </w:pPr>
      <w:r w:rsidRPr="00943F09">
        <w:rPr>
          <w:lang w:val="ru-RU"/>
        </w:rPr>
        <w:t xml:space="preserve">4.2.5. в случае ремонтных и профилактических работ, аварийных ситуаций, произошедших не по вине Клуба, и/или обстоятельств непреодолимой силы в одностороннем порядке ограничивать объем и порядок предоставления услуг Посетителям </w:t>
      </w:r>
      <w:r w:rsidRPr="00943F09">
        <w:rPr>
          <w:lang w:val="ru-RU"/>
        </w:rPr>
        <w:lastRenderedPageBreak/>
        <w:t>с продлением периода действия Клубной карты на срок такого ограничения, если оно превышает один день;</w:t>
      </w:r>
    </w:p>
    <w:p w:rsidR="00C952DB" w:rsidRPr="00943F09" w:rsidRDefault="0041702C">
      <w:pPr>
        <w:spacing w:after="0" w:line="360" w:lineRule="auto"/>
        <w:ind w:firstLine="709"/>
        <w:jc w:val="both"/>
        <w:rPr>
          <w:lang w:val="ru-RU"/>
        </w:rPr>
      </w:pPr>
      <w:r w:rsidRPr="00943F09">
        <w:rPr>
          <w:lang w:val="ru-RU"/>
        </w:rPr>
        <w:t>4.2.6. во время проведения групповых и/или персональных тренировок (занятий) в бассейне ограничить часть бассейна для плавания;</w:t>
      </w:r>
    </w:p>
    <w:p w:rsidR="00C952DB" w:rsidRPr="00943F09" w:rsidRDefault="0041702C">
      <w:pPr>
        <w:spacing w:after="0" w:line="360" w:lineRule="auto"/>
        <w:ind w:firstLine="709"/>
        <w:jc w:val="both"/>
        <w:rPr>
          <w:lang w:val="ru-RU"/>
        </w:rPr>
      </w:pPr>
      <w:r w:rsidRPr="00943F09">
        <w:rPr>
          <w:lang w:val="ru-RU"/>
        </w:rPr>
        <w:t>4.2.7. во время проведения клубных мероприятий ограничить зону, предназначенную для тренировок (процедур), информируя Членов Клуба заранее путем размещения на рецепции Клуба объявлений не менее чем за 24 (двадцать четыре) часа до даты проведения мероприятий, с продлением периода действия Клубной карты при существенном сокращении объема Базовых услуг;</w:t>
      </w:r>
    </w:p>
    <w:p w:rsidR="00C952DB" w:rsidRPr="00943F09" w:rsidRDefault="0041702C">
      <w:pPr>
        <w:spacing w:after="0" w:line="360" w:lineRule="auto"/>
        <w:ind w:firstLine="709"/>
        <w:jc w:val="both"/>
        <w:rPr>
          <w:lang w:val="ru-RU"/>
        </w:rPr>
      </w:pPr>
      <w:r w:rsidRPr="00943F09">
        <w:rPr>
          <w:lang w:val="ru-RU"/>
        </w:rPr>
        <w:t>4.2.8. полностью закрывать зону бассейна для проведения ремонтных и профилактических работ с оборудованием, чашей и помещениями бассейна на срок, необходимый для такого вида работ, с продлением периода действия Клубной карты на срок закрытия, если он превышает один день;</w:t>
      </w:r>
    </w:p>
    <w:p w:rsidR="00C952DB" w:rsidRDefault="0041702C">
      <w:pPr>
        <w:spacing w:after="0" w:line="360" w:lineRule="auto"/>
        <w:ind w:firstLine="709"/>
        <w:jc w:val="both"/>
      </w:pPr>
      <w:r w:rsidRPr="00943F09">
        <w:rPr>
          <w:lang w:val="ru-RU"/>
        </w:rPr>
        <w:t xml:space="preserve">4.2.9. полностью закрывать Клуб для проведения технических и/или клубных мероприятий на срок не более 4 (четырех) календарных дней в году с уведомлением в виде объявления, размещенного на рецепции Клуба, не позднее чем за 24 (двадцать четыре) часа до такого закрытия, с продлением периода действия Клубной карты на соответствующий срок. </w:t>
      </w:r>
      <w:proofErr w:type="spellStart"/>
      <w:r>
        <w:t>Кроме</w:t>
      </w:r>
      <w:proofErr w:type="spellEnd"/>
      <w:r>
        <w:t xml:space="preserve"> </w:t>
      </w:r>
      <w:proofErr w:type="spellStart"/>
      <w:r>
        <w:t>того</w:t>
      </w:r>
      <w:proofErr w:type="spellEnd"/>
      <w:r>
        <w:t xml:space="preserve">, </w:t>
      </w:r>
      <w:proofErr w:type="spellStart"/>
      <w:r>
        <w:t>Исполнитель</w:t>
      </w:r>
      <w:proofErr w:type="spellEnd"/>
      <w:r>
        <w:t xml:space="preserve"> </w:t>
      </w:r>
      <w:proofErr w:type="spellStart"/>
      <w:r>
        <w:t>вправе</w:t>
      </w:r>
      <w:proofErr w:type="spellEnd"/>
      <w:r>
        <w:t xml:space="preserve"> полностью закрывать Клуб:</w:t>
      </w:r>
    </w:p>
    <w:p w:rsidR="00C952DB" w:rsidRPr="00943F09" w:rsidRDefault="0041702C">
      <w:pPr>
        <w:pStyle w:val="a0"/>
        <w:numPr>
          <w:ilvl w:val="0"/>
          <w:numId w:val="10"/>
        </w:numPr>
        <w:spacing w:after="0" w:line="360" w:lineRule="auto"/>
        <w:jc w:val="both"/>
        <w:rPr>
          <w:lang w:val="ru-RU"/>
        </w:rPr>
      </w:pPr>
      <w:r w:rsidRPr="00943F09">
        <w:rPr>
          <w:lang w:val="ru-RU"/>
        </w:rPr>
        <w:t>для проведения профилактических мероприятий по поддержанию оборудования и помещений Клуба в надлежащем состоянии на срок, необходимый для такого вида работ, и не чаще 4 раз в год;</w:t>
      </w:r>
    </w:p>
    <w:p w:rsidR="00C952DB" w:rsidRPr="00943F09" w:rsidRDefault="0041702C">
      <w:pPr>
        <w:pStyle w:val="a0"/>
        <w:numPr>
          <w:ilvl w:val="0"/>
          <w:numId w:val="10"/>
        </w:numPr>
        <w:spacing w:after="0" w:line="360" w:lineRule="auto"/>
        <w:jc w:val="both"/>
        <w:rPr>
          <w:lang w:val="ru-RU"/>
        </w:rPr>
      </w:pPr>
      <w:r w:rsidRPr="00943F09">
        <w:rPr>
          <w:lang w:val="ru-RU"/>
        </w:rPr>
        <w:t>для проведения санитарно-технических мероприятий, предусмотренных санитарными нормами и правилами, на срок, установленный законодательством Российской Федерации;</w:t>
      </w:r>
    </w:p>
    <w:p w:rsidR="00C952DB" w:rsidRPr="00943F09" w:rsidRDefault="0041702C">
      <w:pPr>
        <w:pStyle w:val="a0"/>
        <w:numPr>
          <w:ilvl w:val="0"/>
          <w:numId w:val="10"/>
        </w:numPr>
        <w:spacing w:after="0" w:line="360" w:lineRule="auto"/>
        <w:jc w:val="both"/>
        <w:rPr>
          <w:lang w:val="ru-RU"/>
        </w:rPr>
      </w:pPr>
      <w:r w:rsidRPr="00943F09">
        <w:rPr>
          <w:lang w:val="ru-RU"/>
        </w:rPr>
        <w:t>для замены воды в бассейне и проведения дезинфекции на срок не более 10 (десяти) дней и не чаще 4 раз в год;</w:t>
      </w:r>
    </w:p>
    <w:p w:rsidR="00C952DB" w:rsidRPr="00943F09" w:rsidRDefault="0041702C">
      <w:pPr>
        <w:pStyle w:val="a0"/>
        <w:numPr>
          <w:ilvl w:val="0"/>
          <w:numId w:val="10"/>
        </w:numPr>
        <w:spacing w:after="0" w:line="360" w:lineRule="auto"/>
        <w:jc w:val="both"/>
        <w:rPr>
          <w:lang w:val="ru-RU"/>
        </w:rPr>
      </w:pPr>
      <w:r w:rsidRPr="00943F09">
        <w:rPr>
          <w:lang w:val="ru-RU"/>
        </w:rPr>
        <w:t>для проведения плановых, внеплановых и аварийных работ городскими техническими службами (без ограничения по времени</w:t>
      </w:r>
      <w:proofErr w:type="gramStart"/>
      <w:r w:rsidRPr="00943F09">
        <w:rPr>
          <w:lang w:val="ru-RU"/>
        </w:rPr>
        <w:t>).</w:t>
      </w:r>
      <w:r w:rsidRPr="00943F09">
        <w:rPr>
          <w:lang w:val="ru-RU"/>
        </w:rPr>
        <w:br/>
        <w:t>Дни</w:t>
      </w:r>
      <w:proofErr w:type="gramEnd"/>
      <w:r w:rsidRPr="00943F09">
        <w:rPr>
          <w:lang w:val="ru-RU"/>
        </w:rPr>
        <w:t xml:space="preserve"> закрытия Клуба (зоны), превышающие один день, компенсируются продлением периода действия Клубной карты на соответствующее количество дней. Информация об изменениях времени работы Клуба заранее вывешивается на доске объявлений, на рецепции, а также может быть размещена в иных общедоступных местах на территории Клуба, в том числе в сети Интернет;</w:t>
      </w:r>
    </w:p>
    <w:p w:rsidR="00C952DB" w:rsidRPr="00943F09" w:rsidRDefault="0041702C">
      <w:pPr>
        <w:spacing w:after="0" w:line="360" w:lineRule="auto"/>
        <w:ind w:firstLine="709"/>
        <w:jc w:val="both"/>
        <w:rPr>
          <w:lang w:val="ru-RU"/>
        </w:rPr>
      </w:pPr>
      <w:r w:rsidRPr="00943F09">
        <w:rPr>
          <w:lang w:val="ru-RU"/>
        </w:rPr>
        <w:t xml:space="preserve">4.2.10. расторгнуть Договор в одностороннем порядке в случае нарушения Посетителем условий Договора, Правил оказания услуг, иных правил, предусмотренных </w:t>
      </w:r>
      <w:r w:rsidRPr="00943F09">
        <w:rPr>
          <w:lang w:val="ru-RU"/>
        </w:rPr>
        <w:lastRenderedPageBreak/>
        <w:t>Исполнителем в качестве обязательных, с соблюдением порядка, установленного Договором и Правилами, и с возвратом денежных средств за неиспользованный период действия Клубной карты. Договор может быть прекращен также по другим основаниям, предусмотренным действующим законодательством Российской Федерации;</w:t>
      </w:r>
    </w:p>
    <w:p w:rsidR="00C952DB" w:rsidRPr="00943F09" w:rsidRDefault="0041702C">
      <w:pPr>
        <w:spacing w:after="0" w:line="360" w:lineRule="auto"/>
        <w:ind w:firstLine="709"/>
        <w:jc w:val="both"/>
        <w:rPr>
          <w:lang w:val="ru-RU"/>
        </w:rPr>
      </w:pPr>
      <w:r w:rsidRPr="00943F09">
        <w:rPr>
          <w:lang w:val="ru-RU"/>
        </w:rPr>
        <w:t>4.2.11. вносить изменения и дополнения в расписание и осуществлять замену заявленного в расписании инструктора, информируя Потребителя услуг о произведенных изменениях;</w:t>
      </w:r>
    </w:p>
    <w:p w:rsidR="00C952DB" w:rsidRPr="00943F09" w:rsidRDefault="0041702C">
      <w:pPr>
        <w:spacing w:after="0" w:line="360" w:lineRule="auto"/>
        <w:ind w:firstLine="709"/>
        <w:jc w:val="both"/>
        <w:rPr>
          <w:lang w:val="ru-RU"/>
        </w:rPr>
      </w:pPr>
      <w:r w:rsidRPr="00943F09">
        <w:rPr>
          <w:lang w:val="ru-RU"/>
        </w:rPr>
        <w:t>4.2.12. предоставлять дополнительные услуги Заказчику за дополнительную плату исключительно с согласия Заказчика;</w:t>
      </w:r>
    </w:p>
    <w:p w:rsidR="00C952DB" w:rsidRPr="00943F09" w:rsidRDefault="0041702C">
      <w:pPr>
        <w:spacing w:after="0" w:line="360" w:lineRule="auto"/>
        <w:ind w:firstLine="709"/>
        <w:jc w:val="both"/>
        <w:rPr>
          <w:lang w:val="ru-RU"/>
        </w:rPr>
      </w:pPr>
      <w:r w:rsidRPr="00943F09">
        <w:rPr>
          <w:lang w:val="ru-RU"/>
        </w:rPr>
        <w:t>4.2.13. в случае нарушения Заказчиком условий об оплате приостановить оказание услуг по настоящему Договору или отказаться от исполнения Договора и потребовать возмещения убытков;</w:t>
      </w:r>
    </w:p>
    <w:p w:rsidR="00C952DB" w:rsidRPr="00943F09" w:rsidRDefault="0041702C">
      <w:pPr>
        <w:spacing w:after="0" w:line="360" w:lineRule="auto"/>
        <w:ind w:firstLine="709"/>
        <w:jc w:val="both"/>
        <w:rPr>
          <w:lang w:val="ru-RU"/>
        </w:rPr>
      </w:pPr>
      <w:r w:rsidRPr="00943F09">
        <w:rPr>
          <w:lang w:val="ru-RU"/>
        </w:rPr>
        <w:t>4.2.14. в случае неисполнения Заказчиком обязанности по погашению возникшей задолженности по оплате дополнительных услуг свыше 5 (пяти) календарных дней с момента возникновения задолженности на основании письменной претензии потребовать от Заказчика выплаты неустойки в размере 0,1 % от суммы задолженности за каждый календарный день просрочки.</w:t>
      </w:r>
    </w:p>
    <w:p w:rsidR="00C952DB" w:rsidRPr="00943F09" w:rsidRDefault="0041702C">
      <w:pPr>
        <w:pStyle w:val="31"/>
        <w:rPr>
          <w:lang w:val="ru-RU"/>
        </w:rPr>
      </w:pPr>
      <w:r w:rsidRPr="00943F09">
        <w:rPr>
          <w:lang w:val="ru-RU"/>
        </w:rPr>
        <w:t>4.3. Заказчик обязан:</w:t>
      </w:r>
    </w:p>
    <w:p w:rsidR="00C952DB" w:rsidRPr="00943F09" w:rsidRDefault="0041702C">
      <w:pPr>
        <w:spacing w:after="0" w:line="360" w:lineRule="auto"/>
        <w:ind w:firstLine="709"/>
        <w:jc w:val="both"/>
        <w:rPr>
          <w:lang w:val="ru-RU"/>
        </w:rPr>
      </w:pPr>
      <w:r w:rsidRPr="00943F09">
        <w:rPr>
          <w:lang w:val="ru-RU"/>
        </w:rPr>
        <w:t xml:space="preserve">4.3.1. соблюдать чистоту во всех помещениях Клуба, которые используются им до, </w:t>
      </w:r>
      <w:proofErr w:type="gramStart"/>
      <w:r w:rsidRPr="00943F09">
        <w:rPr>
          <w:lang w:val="ru-RU"/>
        </w:rPr>
        <w:t>во время</w:t>
      </w:r>
      <w:proofErr w:type="gramEnd"/>
      <w:r w:rsidRPr="00943F09">
        <w:rPr>
          <w:lang w:val="ru-RU"/>
        </w:rPr>
        <w:t xml:space="preserve"> и после тренировок;</w:t>
      </w:r>
    </w:p>
    <w:p w:rsidR="00C952DB" w:rsidRPr="00943F09" w:rsidRDefault="0041702C">
      <w:pPr>
        <w:spacing w:after="0" w:line="360" w:lineRule="auto"/>
        <w:ind w:firstLine="709"/>
        <w:jc w:val="both"/>
        <w:rPr>
          <w:lang w:val="ru-RU"/>
        </w:rPr>
      </w:pPr>
      <w:r w:rsidRPr="00943F09">
        <w:rPr>
          <w:lang w:val="ru-RU"/>
        </w:rPr>
        <w:t>4.3.2. до начала оказания услуг (активации Клубной карты) пройти инструктаж от Исполнителя по технике безопасности с отметкой в журнале инструктажа. При отказе от прохождения инструктажа Заказчик не допускается в зоны повышенного риска и самостоятельно несет риски, связанные с нарушением техники безопасности;</w:t>
      </w:r>
    </w:p>
    <w:p w:rsidR="00C952DB" w:rsidRPr="00943F09" w:rsidRDefault="0041702C">
      <w:pPr>
        <w:spacing w:after="0" w:line="360" w:lineRule="auto"/>
        <w:ind w:firstLine="709"/>
        <w:jc w:val="both"/>
        <w:rPr>
          <w:lang w:val="ru-RU"/>
        </w:rPr>
      </w:pPr>
      <w:r w:rsidRPr="00943F09">
        <w:rPr>
          <w:lang w:val="ru-RU"/>
        </w:rPr>
        <w:t>4.3.3. после окончания тренировок вернуть спортивный инвентарь (грифы, блины, гантели и т.д.) в специально отведенные места в надлежащем состоянии; бережно относиться к имуществу Клуба, предотвращать поломку оборудования и инвентаря и незамедлительно сообщать о нарушениях правил Клуба (в том числе о нанесении ущерба имуществу, поломке оборудования) на рецепцию Клуба. За утерю или порчу оборудования, инвентаря Посетитель несет материальную ответственность;</w:t>
      </w:r>
    </w:p>
    <w:p w:rsidR="00C952DB" w:rsidRPr="00943F09" w:rsidRDefault="0041702C">
      <w:pPr>
        <w:spacing w:after="0" w:line="360" w:lineRule="auto"/>
        <w:ind w:firstLine="709"/>
        <w:jc w:val="both"/>
        <w:rPr>
          <w:lang w:val="ru-RU"/>
        </w:rPr>
      </w:pPr>
      <w:r w:rsidRPr="00943F09">
        <w:rPr>
          <w:lang w:val="ru-RU"/>
        </w:rPr>
        <w:t>4.3.4. использовать спортивное снаряжение, соответствующее виду занятия (услуги);</w:t>
      </w:r>
    </w:p>
    <w:p w:rsidR="00C952DB" w:rsidRPr="00943F09" w:rsidRDefault="0041702C">
      <w:pPr>
        <w:spacing w:after="0" w:line="360" w:lineRule="auto"/>
        <w:ind w:firstLine="709"/>
        <w:jc w:val="both"/>
        <w:rPr>
          <w:lang w:val="ru-RU"/>
        </w:rPr>
      </w:pPr>
      <w:r w:rsidRPr="00943F09">
        <w:rPr>
          <w:lang w:val="ru-RU"/>
        </w:rPr>
        <w:t>4.3.5. во избежание травм не пользоваться неисправными тренажерами и другим неработоспособным оборудованием Клуба;</w:t>
      </w:r>
    </w:p>
    <w:p w:rsidR="00C952DB" w:rsidRPr="00943F09" w:rsidRDefault="0041702C">
      <w:pPr>
        <w:spacing w:after="0" w:line="360" w:lineRule="auto"/>
        <w:ind w:firstLine="709"/>
        <w:jc w:val="both"/>
        <w:rPr>
          <w:lang w:val="ru-RU"/>
        </w:rPr>
      </w:pPr>
      <w:r w:rsidRPr="00943F09">
        <w:rPr>
          <w:lang w:val="ru-RU"/>
        </w:rPr>
        <w:t>4.3.6. выполнять все рекомендации инструктора (Исполнителя);</w:t>
      </w:r>
    </w:p>
    <w:p w:rsidR="00C952DB" w:rsidRPr="00943F09" w:rsidRDefault="0041702C">
      <w:pPr>
        <w:spacing w:after="0" w:line="360" w:lineRule="auto"/>
        <w:ind w:firstLine="709"/>
        <w:jc w:val="both"/>
        <w:rPr>
          <w:lang w:val="ru-RU"/>
        </w:rPr>
      </w:pPr>
      <w:r w:rsidRPr="00943F09">
        <w:rPr>
          <w:lang w:val="ru-RU"/>
        </w:rPr>
        <w:lastRenderedPageBreak/>
        <w:t>4.3.7. самостоятельно и ответственно следить за состоянием своего здоровья, контролировать его, с индивидуально определенной частотой посещать медицинские учреждения на предмет проверки состояния своего здоровья и не ставить под угрозу свое здоровье и здоровье окружающих. При наличии хронических, инфекционных, кожных и иных заболеваний (вне зависимости от стадии заболевания), а также болезни внутренних органов воздержаться от посещения Клуба;</w:t>
      </w:r>
    </w:p>
    <w:p w:rsidR="00C952DB" w:rsidRPr="00943F09" w:rsidRDefault="0041702C">
      <w:pPr>
        <w:spacing w:after="0" w:line="360" w:lineRule="auto"/>
        <w:ind w:firstLine="709"/>
        <w:jc w:val="both"/>
        <w:rPr>
          <w:lang w:val="ru-RU"/>
        </w:rPr>
      </w:pPr>
      <w:r w:rsidRPr="00943F09">
        <w:rPr>
          <w:lang w:val="ru-RU"/>
        </w:rPr>
        <w:t>4.3.8. в случае плохого самочувствия во время занятий незамедлительно уведомить об этом инструктора или сотрудника Клуба, работающего в зоне Клуба, в которой оказываются услуги;</w:t>
      </w:r>
    </w:p>
    <w:p w:rsidR="00C952DB" w:rsidRPr="00943F09" w:rsidRDefault="0041702C">
      <w:pPr>
        <w:spacing w:after="0" w:line="360" w:lineRule="auto"/>
        <w:ind w:firstLine="709"/>
        <w:jc w:val="both"/>
        <w:rPr>
          <w:lang w:val="ru-RU"/>
        </w:rPr>
      </w:pPr>
      <w:r w:rsidRPr="00943F09">
        <w:rPr>
          <w:lang w:val="ru-RU"/>
        </w:rPr>
        <w:t>4.3.9. осуществлять тренировки в Клубе в спортивной одежде и обуви, соблюдать правила общей гигиены, перед посещением зоны бассейна и бань принять душ;</w:t>
      </w:r>
    </w:p>
    <w:p w:rsidR="00C952DB" w:rsidRPr="00943F09" w:rsidRDefault="0041702C">
      <w:pPr>
        <w:spacing w:after="0" w:line="360" w:lineRule="auto"/>
        <w:ind w:firstLine="709"/>
        <w:jc w:val="both"/>
        <w:rPr>
          <w:lang w:val="ru-RU"/>
        </w:rPr>
      </w:pPr>
      <w:r w:rsidRPr="00943F09">
        <w:rPr>
          <w:lang w:val="ru-RU"/>
        </w:rPr>
        <w:t xml:space="preserve">4.3.10. соблюдать Правила, требования техники безопасности во избежание создания </w:t>
      </w:r>
      <w:proofErr w:type="spellStart"/>
      <w:r w:rsidRPr="00943F09">
        <w:rPr>
          <w:lang w:val="ru-RU"/>
        </w:rPr>
        <w:t>травмоопасных</w:t>
      </w:r>
      <w:proofErr w:type="spellEnd"/>
      <w:r w:rsidRPr="00943F09">
        <w:rPr>
          <w:lang w:val="ru-RU"/>
        </w:rPr>
        <w:t xml:space="preserve"> ситуаций;</w:t>
      </w:r>
    </w:p>
    <w:p w:rsidR="00C952DB" w:rsidRPr="00943F09" w:rsidRDefault="0041702C">
      <w:pPr>
        <w:spacing w:after="0" w:line="360" w:lineRule="auto"/>
        <w:ind w:firstLine="709"/>
        <w:jc w:val="both"/>
        <w:rPr>
          <w:lang w:val="ru-RU"/>
        </w:rPr>
      </w:pPr>
      <w:r w:rsidRPr="00943F09">
        <w:rPr>
          <w:lang w:val="ru-RU"/>
        </w:rPr>
        <w:t>4.3.11. пользоваться на территории Клуба услугами только специалистов Клуба. Проведение персональных тренировок другими Посетителями запрещается. В случае нарушения данного правила Клуб имеет право в одностороннем порядке отказаться от дальнейшего исполнения Договора с возвратом денежных средств за неиспользованный период;</w:t>
      </w:r>
    </w:p>
    <w:p w:rsidR="00C952DB" w:rsidRPr="00943F09" w:rsidRDefault="0041702C">
      <w:pPr>
        <w:spacing w:after="0" w:line="360" w:lineRule="auto"/>
        <w:ind w:firstLine="709"/>
        <w:jc w:val="both"/>
        <w:rPr>
          <w:lang w:val="ru-RU"/>
        </w:rPr>
      </w:pPr>
      <w:r w:rsidRPr="00943F09">
        <w:rPr>
          <w:lang w:val="ru-RU"/>
        </w:rPr>
        <w:t>4.3.12. быть внимательным и корректным по отношению к другим посетителям и воздерживаться от действий, способных мешать их занятиям;</w:t>
      </w:r>
    </w:p>
    <w:p w:rsidR="00C952DB" w:rsidRPr="00943F09" w:rsidRDefault="0041702C">
      <w:pPr>
        <w:spacing w:after="0" w:line="360" w:lineRule="auto"/>
        <w:ind w:firstLine="709"/>
        <w:jc w:val="both"/>
        <w:rPr>
          <w:lang w:val="ru-RU"/>
        </w:rPr>
      </w:pPr>
      <w:r w:rsidRPr="00943F09">
        <w:rPr>
          <w:lang w:val="ru-RU"/>
        </w:rPr>
        <w:t>4.3.13. во избежание травм посещать занятия, соответствующие уровню физической подготовки Заказчика, и нести персональную ответственность за негативные последствия, вызванные превышением нагрузок;</w:t>
      </w:r>
    </w:p>
    <w:p w:rsidR="00C952DB" w:rsidRPr="00943F09" w:rsidRDefault="0041702C">
      <w:pPr>
        <w:spacing w:after="0" w:line="360" w:lineRule="auto"/>
        <w:ind w:firstLine="709"/>
        <w:jc w:val="both"/>
        <w:rPr>
          <w:lang w:val="ru-RU"/>
        </w:rPr>
      </w:pPr>
      <w:r w:rsidRPr="00943F09">
        <w:rPr>
          <w:lang w:val="ru-RU"/>
        </w:rPr>
        <w:t>4.3.14. соблюдать условия Договора, Правила оказания услуг, правила посещения подразделений Клуба, правила общественного порядка, в том числе не использовать в своей речи ненормативную лексику, косметические средства с резким запахом, декоративную косметику при посещении бассейна и бань. Самостоятельно отслеживать вносимые в Правила оказания услуг и прейскурант изменения и дополнения, в том числе знакомиться с информацией, касающейся оказания услуг, размещенной на информационных стендах на территории Клуба и на Сайте;</w:t>
      </w:r>
    </w:p>
    <w:p w:rsidR="00C952DB" w:rsidRPr="00943F09" w:rsidRDefault="0041702C">
      <w:pPr>
        <w:spacing w:after="0" w:line="360" w:lineRule="auto"/>
        <w:ind w:firstLine="709"/>
        <w:jc w:val="both"/>
        <w:rPr>
          <w:lang w:val="ru-RU"/>
        </w:rPr>
      </w:pPr>
      <w:r w:rsidRPr="00943F09">
        <w:rPr>
          <w:lang w:val="ru-RU"/>
        </w:rPr>
        <w:t>4.3.15. регулярно знакомиться с расписанием занятий в Клубе; в случае если для допуска к занятиям необходима предварительная запись, записываться на посещение занятий на рецепции Клуба;</w:t>
      </w:r>
    </w:p>
    <w:p w:rsidR="00C952DB" w:rsidRPr="00943F09" w:rsidRDefault="0041702C">
      <w:pPr>
        <w:spacing w:after="0" w:line="360" w:lineRule="auto"/>
        <w:ind w:firstLine="709"/>
        <w:jc w:val="both"/>
        <w:rPr>
          <w:lang w:val="ru-RU"/>
        </w:rPr>
      </w:pPr>
      <w:r w:rsidRPr="00943F09">
        <w:rPr>
          <w:lang w:val="ru-RU"/>
        </w:rPr>
        <w:t>4.3.16. своевременно оплачивать услуги Исполнителя, в том числе дополнительные услуги, предоставляемые по желанию Заказчика;</w:t>
      </w:r>
    </w:p>
    <w:p w:rsidR="00C952DB" w:rsidRPr="00943F09" w:rsidRDefault="0041702C">
      <w:pPr>
        <w:spacing w:after="0" w:line="360" w:lineRule="auto"/>
        <w:ind w:firstLine="709"/>
        <w:jc w:val="both"/>
        <w:rPr>
          <w:lang w:val="ru-RU"/>
        </w:rPr>
      </w:pPr>
      <w:r w:rsidRPr="00943F09">
        <w:rPr>
          <w:lang w:val="ru-RU"/>
        </w:rPr>
        <w:lastRenderedPageBreak/>
        <w:t>4.3.17. предъявлять Клубную карту на рецепции при входе в Клуб; при отсутствии Клубной карты Исполнитель имеет право отказать Заказчику в посещении либо предложить оплатить посещение Клуба на условиях гостевого визита;</w:t>
      </w:r>
    </w:p>
    <w:p w:rsidR="00C952DB" w:rsidRPr="00943F09" w:rsidRDefault="0041702C">
      <w:pPr>
        <w:spacing w:after="0" w:line="360" w:lineRule="auto"/>
        <w:ind w:firstLine="709"/>
        <w:jc w:val="both"/>
        <w:rPr>
          <w:lang w:val="ru-RU"/>
        </w:rPr>
      </w:pPr>
      <w:r w:rsidRPr="00943F09">
        <w:rPr>
          <w:lang w:val="ru-RU"/>
        </w:rPr>
        <w:t>4.3.18. в случае утраты либо порчи Клубной карты проинформировать Исполнителя и оформить новую Клубную карту. Услуга по оформлению новой Клубной карты взамен утраченной (испорченной) является дополнительной услугой и оплачивается Заказчиком дополнительно согласно актуальному прайс-листу Исполнителя;</w:t>
      </w:r>
    </w:p>
    <w:p w:rsidR="00C952DB" w:rsidRPr="00943F09" w:rsidRDefault="0041702C">
      <w:pPr>
        <w:spacing w:after="0" w:line="360" w:lineRule="auto"/>
        <w:ind w:firstLine="709"/>
        <w:jc w:val="both"/>
        <w:rPr>
          <w:lang w:val="ru-RU"/>
        </w:rPr>
      </w:pPr>
      <w:r w:rsidRPr="00943F09">
        <w:rPr>
          <w:lang w:val="ru-RU"/>
        </w:rPr>
        <w:t>4.3.19. своевременно уведомить Исполнителя об изменении телефона, контактной информации;</w:t>
      </w:r>
    </w:p>
    <w:p w:rsidR="00C952DB" w:rsidRPr="00943F09" w:rsidRDefault="0041702C">
      <w:pPr>
        <w:spacing w:after="0" w:line="360" w:lineRule="auto"/>
        <w:ind w:firstLine="709"/>
        <w:jc w:val="both"/>
        <w:rPr>
          <w:lang w:val="ru-RU"/>
        </w:rPr>
      </w:pPr>
      <w:r w:rsidRPr="00943F09">
        <w:rPr>
          <w:lang w:val="ru-RU"/>
        </w:rPr>
        <w:t>4.3.20. пользоваться Клубной картой лично, не передавать Клубную карту третьим лицам, не являющимся Потребителем услуг по условиям настоящего Договора;</w:t>
      </w:r>
    </w:p>
    <w:p w:rsidR="00C952DB" w:rsidRPr="00943F09" w:rsidRDefault="0041702C">
      <w:pPr>
        <w:spacing w:after="0" w:line="360" w:lineRule="auto"/>
        <w:ind w:firstLine="709"/>
        <w:jc w:val="both"/>
        <w:rPr>
          <w:lang w:val="ru-RU"/>
        </w:rPr>
      </w:pPr>
      <w:r w:rsidRPr="00943F09">
        <w:rPr>
          <w:lang w:val="ru-RU"/>
        </w:rPr>
        <w:t>4.3.21. соблюдать и поддерживать в Клубе общественный порядок и общепринятые нормы поведения, вести себя уважительно по отношению к другим посетителям, обслуживающему персоналу Клуба;</w:t>
      </w:r>
    </w:p>
    <w:p w:rsidR="00C952DB" w:rsidRPr="00943F09" w:rsidRDefault="0041702C">
      <w:pPr>
        <w:spacing w:after="0" w:line="360" w:lineRule="auto"/>
        <w:ind w:firstLine="709"/>
        <w:jc w:val="both"/>
        <w:rPr>
          <w:lang w:val="ru-RU"/>
        </w:rPr>
      </w:pPr>
      <w:r w:rsidRPr="00943F09">
        <w:rPr>
          <w:lang w:val="ru-RU"/>
        </w:rPr>
        <w:t>4.3.22. в последний день срока действия Клубной карты сдать ее на рецепцию Клуба;</w:t>
      </w:r>
    </w:p>
    <w:p w:rsidR="00C952DB" w:rsidRPr="00943F09" w:rsidRDefault="0041702C">
      <w:pPr>
        <w:spacing w:after="0" w:line="360" w:lineRule="auto"/>
        <w:ind w:firstLine="709"/>
        <w:jc w:val="both"/>
        <w:rPr>
          <w:lang w:val="ru-RU"/>
        </w:rPr>
      </w:pPr>
      <w:r w:rsidRPr="00943F09">
        <w:rPr>
          <w:lang w:val="ru-RU"/>
        </w:rPr>
        <w:t>4.3.23. в случае превышения задолженности Заказчика по оказанным ему дополнительным услугам против суммы ранее внесенного предварительного платежа произвести оплату задолженности не позднее даты следующего посещения Клуба; в противном случае Исполнитель имеет право отказать в предоставлении дополнительных услуг;</w:t>
      </w:r>
    </w:p>
    <w:p w:rsidR="00C952DB" w:rsidRPr="00943F09" w:rsidRDefault="0041702C">
      <w:pPr>
        <w:spacing w:after="0" w:line="360" w:lineRule="auto"/>
        <w:ind w:firstLine="709"/>
        <w:jc w:val="both"/>
        <w:rPr>
          <w:lang w:val="ru-RU"/>
        </w:rPr>
      </w:pPr>
      <w:r w:rsidRPr="00943F09">
        <w:rPr>
          <w:lang w:val="ru-RU"/>
        </w:rPr>
        <w:t>4.3.24. немедленно прекратить использование оборудования, тренировку, иное получение услуг при возникновении болевых ощущений, недомогания, головокружения или иного дискомфорта;</w:t>
      </w:r>
    </w:p>
    <w:p w:rsidR="00C952DB" w:rsidRPr="00943F09" w:rsidRDefault="0041702C">
      <w:pPr>
        <w:spacing w:after="0" w:line="360" w:lineRule="auto"/>
        <w:ind w:firstLine="709"/>
        <w:jc w:val="both"/>
        <w:rPr>
          <w:lang w:val="ru-RU"/>
        </w:rPr>
      </w:pPr>
      <w:r w:rsidRPr="00943F09">
        <w:rPr>
          <w:lang w:val="ru-RU"/>
        </w:rPr>
        <w:t>4.3.25. при использовании ПЭП (пункт 3.5 Оферты), поскольку ПЭП Заказчика удостоверяет факт подписания электронного документа Заказчиком, последний обязан:</w:t>
      </w:r>
    </w:p>
    <w:p w:rsidR="00C952DB" w:rsidRPr="00943F09" w:rsidRDefault="0041702C">
      <w:pPr>
        <w:pStyle w:val="a0"/>
        <w:numPr>
          <w:ilvl w:val="0"/>
          <w:numId w:val="10"/>
        </w:numPr>
        <w:spacing w:after="0" w:line="360" w:lineRule="auto"/>
        <w:jc w:val="both"/>
        <w:rPr>
          <w:lang w:val="ru-RU"/>
        </w:rPr>
      </w:pPr>
      <w:r w:rsidRPr="00943F09">
        <w:rPr>
          <w:lang w:val="ru-RU"/>
        </w:rPr>
        <w:t>перед подписанием электронного документа ознакомиться с подписываемым электронным документом и быть согласным с его содержанием в полном объеме;</w:t>
      </w:r>
    </w:p>
    <w:p w:rsidR="00C952DB" w:rsidRPr="00943F09" w:rsidRDefault="0041702C">
      <w:pPr>
        <w:pStyle w:val="a0"/>
        <w:numPr>
          <w:ilvl w:val="0"/>
          <w:numId w:val="10"/>
        </w:numPr>
        <w:spacing w:after="0" w:line="360" w:lineRule="auto"/>
        <w:jc w:val="both"/>
        <w:rPr>
          <w:lang w:val="ru-RU"/>
        </w:rPr>
      </w:pPr>
      <w:r w:rsidRPr="00943F09">
        <w:rPr>
          <w:lang w:val="ru-RU"/>
        </w:rPr>
        <w:t xml:space="preserve">перед вводом Кода подтверждения, полученного в </w:t>
      </w:r>
      <w:r>
        <w:t>SMS</w:t>
      </w:r>
      <w:r w:rsidRPr="00943F09">
        <w:rPr>
          <w:lang w:val="ru-RU"/>
        </w:rPr>
        <w:t xml:space="preserve">-сообщении на указанный Заказчиком телефонный номер, в обязательном порядке сверить реквизиты совершаемой операции с реквизитами, указанными в </w:t>
      </w:r>
      <w:r>
        <w:t>SMS</w:t>
      </w:r>
      <w:r w:rsidRPr="00943F09">
        <w:rPr>
          <w:lang w:val="ru-RU"/>
        </w:rPr>
        <w:t>-сообщении, содержащем Код подтверждения;</w:t>
      </w:r>
    </w:p>
    <w:p w:rsidR="00C952DB" w:rsidRPr="00943F09" w:rsidRDefault="0041702C">
      <w:pPr>
        <w:pStyle w:val="a0"/>
        <w:numPr>
          <w:ilvl w:val="0"/>
          <w:numId w:val="10"/>
        </w:numPr>
        <w:spacing w:after="0" w:line="360" w:lineRule="auto"/>
        <w:jc w:val="both"/>
        <w:rPr>
          <w:lang w:val="ru-RU"/>
        </w:rPr>
      </w:pPr>
      <w:r w:rsidRPr="00943F09">
        <w:rPr>
          <w:lang w:val="ru-RU"/>
        </w:rPr>
        <w:t xml:space="preserve">вводить Код подтверждения только при условии совпадения реквизитов совершаемой операции с реквизитами в </w:t>
      </w:r>
      <w:r>
        <w:t>SMS</w:t>
      </w:r>
      <w:r w:rsidRPr="00943F09">
        <w:rPr>
          <w:lang w:val="ru-RU"/>
        </w:rPr>
        <w:t>-сообщении и согласии с проводимой операцией;</w:t>
      </w:r>
    </w:p>
    <w:p w:rsidR="00C952DB" w:rsidRPr="00943F09" w:rsidRDefault="0041702C">
      <w:pPr>
        <w:spacing w:after="0" w:line="360" w:lineRule="auto"/>
        <w:ind w:firstLine="709"/>
        <w:jc w:val="both"/>
        <w:rPr>
          <w:lang w:val="ru-RU"/>
        </w:rPr>
      </w:pPr>
      <w:r w:rsidRPr="00943F09">
        <w:rPr>
          <w:lang w:val="ru-RU"/>
        </w:rPr>
        <w:lastRenderedPageBreak/>
        <w:t>4.3.26. исполнять иные обязанности, предусмотренные настоящим Договором, Правилами оказания услуг и действующим законодательством Российской Федерации.</w:t>
      </w:r>
    </w:p>
    <w:p w:rsidR="00C952DB" w:rsidRPr="00943F09" w:rsidRDefault="0041702C">
      <w:pPr>
        <w:pStyle w:val="31"/>
        <w:rPr>
          <w:lang w:val="ru-RU"/>
        </w:rPr>
      </w:pPr>
      <w:r w:rsidRPr="00943F09">
        <w:rPr>
          <w:lang w:val="ru-RU"/>
        </w:rPr>
        <w:t>4.4. Заказчик вправе:</w:t>
      </w:r>
    </w:p>
    <w:p w:rsidR="00C952DB" w:rsidRPr="00943F09" w:rsidRDefault="0041702C">
      <w:pPr>
        <w:spacing w:after="0" w:line="360" w:lineRule="auto"/>
        <w:ind w:firstLine="709"/>
        <w:jc w:val="both"/>
        <w:rPr>
          <w:lang w:val="ru-RU"/>
        </w:rPr>
      </w:pPr>
      <w:r w:rsidRPr="00943F09">
        <w:rPr>
          <w:lang w:val="ru-RU"/>
        </w:rPr>
        <w:t>4.4.1. требовать надлежащего оказания услуг в полном соответствии с условиями Договора и Правилами оказания услуг;</w:t>
      </w:r>
    </w:p>
    <w:p w:rsidR="00C952DB" w:rsidRPr="00943F09" w:rsidRDefault="0041702C">
      <w:pPr>
        <w:spacing w:after="0" w:line="360" w:lineRule="auto"/>
        <w:ind w:firstLine="709"/>
        <w:jc w:val="both"/>
        <w:rPr>
          <w:lang w:val="ru-RU"/>
        </w:rPr>
      </w:pPr>
      <w:r w:rsidRPr="00943F09">
        <w:rPr>
          <w:lang w:val="ru-RU"/>
        </w:rPr>
        <w:t>4.4.2. получать всю необходимую и достоверную информацию о предоставляемых услугах, об Исполнителе, а также о правилах и условиях эффективного и безопасного использования услуг;</w:t>
      </w:r>
    </w:p>
    <w:p w:rsidR="00C952DB" w:rsidRPr="00943F09" w:rsidRDefault="0041702C">
      <w:pPr>
        <w:spacing w:after="0" w:line="360" w:lineRule="auto"/>
        <w:ind w:firstLine="709"/>
        <w:jc w:val="both"/>
        <w:rPr>
          <w:lang w:val="ru-RU"/>
        </w:rPr>
      </w:pPr>
      <w:r w:rsidRPr="00943F09">
        <w:rPr>
          <w:lang w:val="ru-RU"/>
        </w:rPr>
        <w:t>4.4.3. расторгнуть Договор в одностороннем внесудебном порядке в любое время при условии оплаты Исполнителю фактически понесенных им расходов, связанных с исполнением обязательств по Договору;</w:t>
      </w:r>
    </w:p>
    <w:p w:rsidR="00C952DB" w:rsidRPr="00943F09" w:rsidRDefault="0041702C">
      <w:pPr>
        <w:spacing w:after="0" w:line="360" w:lineRule="auto"/>
        <w:ind w:firstLine="709"/>
        <w:jc w:val="both"/>
        <w:rPr>
          <w:lang w:val="ru-RU"/>
        </w:rPr>
      </w:pPr>
      <w:r w:rsidRPr="00943F09">
        <w:rPr>
          <w:lang w:val="ru-RU"/>
        </w:rPr>
        <w:t>4.4.4. реализовывать иные права, предоставленные Договором, Правилами оказания услуг и действующим законодательством Российской Федерации;</w:t>
      </w:r>
    </w:p>
    <w:p w:rsidR="00C952DB" w:rsidRPr="00943F09" w:rsidRDefault="0041702C">
      <w:pPr>
        <w:spacing w:after="0" w:line="360" w:lineRule="auto"/>
        <w:ind w:firstLine="709"/>
        <w:jc w:val="both"/>
        <w:rPr>
          <w:lang w:val="ru-RU"/>
        </w:rPr>
      </w:pPr>
      <w:r w:rsidRPr="00943F09">
        <w:rPr>
          <w:lang w:val="ru-RU"/>
        </w:rPr>
        <w:t>4.4.5. требовать исключения из Договора условий, ущемляющих его права как потребителя. Такое требование рассматривается Исполнителем в течение 10 (десяти) дней со дня предъявления с извещением Заказчика о результатах рассмотрения.</w:t>
      </w:r>
    </w:p>
    <w:p w:rsidR="00C952DB" w:rsidRDefault="0041702C">
      <w:pPr>
        <w:pStyle w:val="31"/>
      </w:pPr>
      <w:r>
        <w:t>4.5. Заказчику запрещено:</w:t>
      </w:r>
    </w:p>
    <w:p w:rsidR="00C952DB" w:rsidRDefault="0041702C">
      <w:pPr>
        <w:pStyle w:val="a0"/>
        <w:numPr>
          <w:ilvl w:val="0"/>
          <w:numId w:val="10"/>
        </w:numPr>
        <w:spacing w:after="0" w:line="360" w:lineRule="auto"/>
        <w:jc w:val="both"/>
      </w:pPr>
      <w:r>
        <w:t>нарушать Правила оказания услуг;</w:t>
      </w:r>
    </w:p>
    <w:p w:rsidR="00C952DB" w:rsidRPr="00943F09" w:rsidRDefault="0041702C">
      <w:pPr>
        <w:pStyle w:val="a0"/>
        <w:numPr>
          <w:ilvl w:val="0"/>
          <w:numId w:val="10"/>
        </w:numPr>
        <w:spacing w:after="0" w:line="360" w:lineRule="auto"/>
        <w:jc w:val="both"/>
        <w:rPr>
          <w:lang w:val="ru-RU"/>
        </w:rPr>
      </w:pPr>
      <w:r w:rsidRPr="00943F09">
        <w:rPr>
          <w:lang w:val="ru-RU"/>
        </w:rPr>
        <w:t>заходить, равно как и проходить через помещения душевых в спортивной одежде и обуви, за исключением купальных костюмов;</w:t>
      </w:r>
    </w:p>
    <w:p w:rsidR="00C952DB" w:rsidRPr="00943F09" w:rsidRDefault="0041702C">
      <w:pPr>
        <w:pStyle w:val="a0"/>
        <w:numPr>
          <w:ilvl w:val="0"/>
          <w:numId w:val="10"/>
        </w:numPr>
        <w:spacing w:after="0" w:line="360" w:lineRule="auto"/>
        <w:jc w:val="both"/>
        <w:rPr>
          <w:lang w:val="ru-RU"/>
        </w:rPr>
      </w:pPr>
      <w:r w:rsidRPr="00943F09">
        <w:rPr>
          <w:lang w:val="ru-RU"/>
        </w:rPr>
        <w:t>беспокоить других посетителей Клуба, нарушать чистоту и порядок;</w:t>
      </w:r>
    </w:p>
    <w:p w:rsidR="00C952DB" w:rsidRPr="00943F09" w:rsidRDefault="0041702C">
      <w:pPr>
        <w:pStyle w:val="a0"/>
        <w:numPr>
          <w:ilvl w:val="0"/>
          <w:numId w:val="10"/>
        </w:numPr>
        <w:spacing w:after="0" w:line="360" w:lineRule="auto"/>
        <w:jc w:val="both"/>
        <w:rPr>
          <w:lang w:val="ru-RU"/>
        </w:rPr>
      </w:pPr>
      <w:r w:rsidRPr="00943F09">
        <w:rPr>
          <w:lang w:val="ru-RU"/>
        </w:rPr>
        <w:t>заходить в раздевалку, душевую, а также в туалетную комнату с детьми противоположного пола старше 3 лет;</w:t>
      </w:r>
    </w:p>
    <w:p w:rsidR="00C952DB" w:rsidRPr="00943F09" w:rsidRDefault="0041702C">
      <w:pPr>
        <w:pStyle w:val="a0"/>
        <w:numPr>
          <w:ilvl w:val="0"/>
          <w:numId w:val="10"/>
        </w:numPr>
        <w:spacing w:after="0" w:line="360" w:lineRule="auto"/>
        <w:jc w:val="both"/>
        <w:rPr>
          <w:lang w:val="ru-RU"/>
        </w:rPr>
      </w:pPr>
      <w:r w:rsidRPr="00943F09">
        <w:rPr>
          <w:lang w:val="ru-RU"/>
        </w:rPr>
        <w:t>без предварительной договоренности с Исполнителем проводить кино-, видео- и фотосъемку на территории Клуба;</w:t>
      </w:r>
    </w:p>
    <w:p w:rsidR="00C952DB" w:rsidRPr="00943F09" w:rsidRDefault="0041702C">
      <w:pPr>
        <w:pStyle w:val="a0"/>
        <w:numPr>
          <w:ilvl w:val="0"/>
          <w:numId w:val="10"/>
        </w:numPr>
        <w:spacing w:after="0" w:line="360" w:lineRule="auto"/>
        <w:jc w:val="both"/>
        <w:rPr>
          <w:lang w:val="ru-RU"/>
        </w:rPr>
      </w:pPr>
      <w:r w:rsidRPr="00943F09">
        <w:rPr>
          <w:lang w:val="ru-RU"/>
        </w:rPr>
        <w:t>посещать Клуб при наличии признаков острого или хронического инфекционного и/или кожного заболевания. В противном случае Исполнитель вправе временно отстранить Члена Клуба от посещения Клуба до полного выздоровления с обязательным предоставлением после выздоровления соответствующих документов. Срок действия Клубной карты на период заболевания Члена Клуба продлевается на соответствующее количество дней;</w:t>
      </w:r>
    </w:p>
    <w:p w:rsidR="00C952DB" w:rsidRPr="00943F09" w:rsidRDefault="0041702C">
      <w:pPr>
        <w:pStyle w:val="a0"/>
        <w:numPr>
          <w:ilvl w:val="0"/>
          <w:numId w:val="10"/>
        </w:numPr>
        <w:spacing w:after="0" w:line="360" w:lineRule="auto"/>
        <w:jc w:val="both"/>
        <w:rPr>
          <w:lang w:val="ru-RU"/>
        </w:rPr>
      </w:pPr>
      <w:r w:rsidRPr="00943F09">
        <w:rPr>
          <w:lang w:val="ru-RU"/>
        </w:rPr>
        <w:t xml:space="preserve">без предварительной договоренности с Исполнителем размещать любые рекламные материалы, проводить любые рекламные и </w:t>
      </w:r>
      <w:r>
        <w:t>PR</w:t>
      </w:r>
      <w:r w:rsidRPr="00943F09">
        <w:rPr>
          <w:lang w:val="ru-RU"/>
        </w:rPr>
        <w:t>-акции на территории Клуба;</w:t>
      </w:r>
    </w:p>
    <w:p w:rsidR="00C952DB" w:rsidRPr="00943F09" w:rsidRDefault="0041702C">
      <w:pPr>
        <w:pStyle w:val="a0"/>
        <w:numPr>
          <w:ilvl w:val="0"/>
          <w:numId w:val="10"/>
        </w:numPr>
        <w:spacing w:after="0" w:line="360" w:lineRule="auto"/>
        <w:jc w:val="both"/>
        <w:rPr>
          <w:lang w:val="ru-RU"/>
        </w:rPr>
      </w:pPr>
      <w:r w:rsidRPr="00943F09">
        <w:rPr>
          <w:lang w:val="ru-RU"/>
        </w:rPr>
        <w:t>самостоятельно настраивать музыкальную и другую аппаратуру Клуба;</w:t>
      </w:r>
    </w:p>
    <w:p w:rsidR="00C952DB" w:rsidRPr="00943F09" w:rsidRDefault="0041702C">
      <w:pPr>
        <w:pStyle w:val="a0"/>
        <w:numPr>
          <w:ilvl w:val="0"/>
          <w:numId w:val="10"/>
        </w:numPr>
        <w:spacing w:after="0" w:line="360" w:lineRule="auto"/>
        <w:jc w:val="both"/>
        <w:rPr>
          <w:lang w:val="ru-RU"/>
        </w:rPr>
      </w:pPr>
      <w:r w:rsidRPr="00943F09">
        <w:rPr>
          <w:lang w:val="ru-RU"/>
        </w:rPr>
        <w:lastRenderedPageBreak/>
        <w:t>использовать свое музыкальное оборудование, за исключением использования наушников в режиме прослушивания, недоступном для восприятия другими Посетителями Клуба;</w:t>
      </w:r>
    </w:p>
    <w:p w:rsidR="00C952DB" w:rsidRPr="00943F09" w:rsidRDefault="0041702C">
      <w:pPr>
        <w:pStyle w:val="a0"/>
        <w:numPr>
          <w:ilvl w:val="0"/>
          <w:numId w:val="10"/>
        </w:numPr>
        <w:spacing w:after="0" w:line="360" w:lineRule="auto"/>
        <w:jc w:val="both"/>
        <w:rPr>
          <w:lang w:val="ru-RU"/>
        </w:rPr>
      </w:pPr>
      <w:r w:rsidRPr="00943F09">
        <w:rPr>
          <w:lang w:val="ru-RU"/>
        </w:rPr>
        <w:t xml:space="preserve">приносить на территорию Клуба колюще-режущие предметы, боеприпасы и оружие, включая их части, взрывчатые, </w:t>
      </w:r>
      <w:proofErr w:type="spellStart"/>
      <w:r w:rsidRPr="00943F09">
        <w:rPr>
          <w:lang w:val="ru-RU"/>
        </w:rPr>
        <w:t>взрыво</w:t>
      </w:r>
      <w:proofErr w:type="spellEnd"/>
      <w:r w:rsidRPr="00943F09">
        <w:rPr>
          <w:lang w:val="ru-RU"/>
        </w:rPr>
        <w:t>- и пожароопасные, легковоспламеняющиеся, отравляющие и токсичные вещества, а также газовые баллончики; в случае возникновения подозрений работники Клуба имеют право вызывать сотрудников полиции;</w:t>
      </w:r>
    </w:p>
    <w:p w:rsidR="00C952DB" w:rsidRPr="00943F09" w:rsidRDefault="0041702C">
      <w:pPr>
        <w:pStyle w:val="a0"/>
        <w:numPr>
          <w:ilvl w:val="0"/>
          <w:numId w:val="10"/>
        </w:numPr>
        <w:spacing w:after="0" w:line="360" w:lineRule="auto"/>
        <w:jc w:val="both"/>
        <w:rPr>
          <w:lang w:val="ru-RU"/>
        </w:rPr>
      </w:pPr>
      <w:r w:rsidRPr="00943F09">
        <w:rPr>
          <w:lang w:val="ru-RU"/>
        </w:rPr>
        <w:t>приходить с животными, птицами и т.д.;</w:t>
      </w:r>
    </w:p>
    <w:p w:rsidR="00C952DB" w:rsidRPr="00943F09" w:rsidRDefault="0041702C">
      <w:pPr>
        <w:pStyle w:val="a0"/>
        <w:numPr>
          <w:ilvl w:val="0"/>
          <w:numId w:val="10"/>
        </w:numPr>
        <w:spacing w:after="0" w:line="360" w:lineRule="auto"/>
        <w:jc w:val="both"/>
        <w:rPr>
          <w:lang w:val="ru-RU"/>
        </w:rPr>
      </w:pPr>
      <w:r w:rsidRPr="00943F09">
        <w:rPr>
          <w:lang w:val="ru-RU"/>
        </w:rPr>
        <w:t>во время получения физкультурно-оздоровительных услуг жевать жевательную резинку, пользоваться мобильными телефонами на тренировочных площадях Клуба (тренажерный зал, залы групповых программ, бассейн);</w:t>
      </w:r>
    </w:p>
    <w:p w:rsidR="00C952DB" w:rsidRPr="00943F09" w:rsidRDefault="0041702C">
      <w:pPr>
        <w:pStyle w:val="a0"/>
        <w:numPr>
          <w:ilvl w:val="0"/>
          <w:numId w:val="10"/>
        </w:numPr>
        <w:spacing w:after="0" w:line="360" w:lineRule="auto"/>
        <w:jc w:val="both"/>
        <w:rPr>
          <w:lang w:val="ru-RU"/>
        </w:rPr>
      </w:pPr>
      <w:r w:rsidRPr="00943F09">
        <w:rPr>
          <w:lang w:val="ru-RU"/>
        </w:rPr>
        <w:t>курить во всех помещениях и на прилегающей территории Клуба;</w:t>
      </w:r>
    </w:p>
    <w:p w:rsidR="00C952DB" w:rsidRPr="00943F09" w:rsidRDefault="0041702C">
      <w:pPr>
        <w:pStyle w:val="a0"/>
        <w:numPr>
          <w:ilvl w:val="0"/>
          <w:numId w:val="10"/>
        </w:numPr>
        <w:spacing w:after="0" w:line="360" w:lineRule="auto"/>
        <w:jc w:val="both"/>
        <w:rPr>
          <w:lang w:val="ru-RU"/>
        </w:rPr>
      </w:pPr>
      <w:r w:rsidRPr="00943F09">
        <w:rPr>
          <w:lang w:val="ru-RU"/>
        </w:rPr>
        <w:t>проводить инструктаж, давать рекомендации по занятиям другим посетителям Клуба, проводить персональные и/или групповые тренировки другим посетителям Клуба;</w:t>
      </w:r>
    </w:p>
    <w:p w:rsidR="00C952DB" w:rsidRPr="00943F09" w:rsidRDefault="0041702C">
      <w:pPr>
        <w:pStyle w:val="a0"/>
        <w:numPr>
          <w:ilvl w:val="0"/>
          <w:numId w:val="10"/>
        </w:numPr>
        <w:spacing w:after="0" w:line="360" w:lineRule="auto"/>
        <w:jc w:val="both"/>
        <w:rPr>
          <w:lang w:val="ru-RU"/>
        </w:rPr>
      </w:pPr>
      <w:r w:rsidRPr="00943F09">
        <w:rPr>
          <w:lang w:val="ru-RU"/>
        </w:rPr>
        <w:t>принимать пищу в местах, предназначенных для тренировок, в раздевалках;</w:t>
      </w:r>
    </w:p>
    <w:p w:rsidR="00C952DB" w:rsidRPr="00943F09" w:rsidRDefault="0041702C">
      <w:pPr>
        <w:pStyle w:val="a0"/>
        <w:numPr>
          <w:ilvl w:val="0"/>
          <w:numId w:val="10"/>
        </w:numPr>
        <w:spacing w:after="0" w:line="360" w:lineRule="auto"/>
        <w:jc w:val="both"/>
        <w:rPr>
          <w:lang w:val="ru-RU"/>
        </w:rPr>
      </w:pPr>
      <w:r w:rsidRPr="00943F09">
        <w:rPr>
          <w:lang w:val="ru-RU"/>
        </w:rPr>
        <w:t>проносить и употреблять на территории Клуба спиртные напитки, наркотические средства и лекарственные препараты, запрещенные либо ограниченные к применению законодательством Российской Федерации;</w:t>
      </w:r>
    </w:p>
    <w:p w:rsidR="00C952DB" w:rsidRPr="00943F09" w:rsidRDefault="0041702C">
      <w:pPr>
        <w:pStyle w:val="a0"/>
        <w:numPr>
          <w:ilvl w:val="0"/>
          <w:numId w:val="10"/>
        </w:numPr>
        <w:spacing w:after="0" w:line="360" w:lineRule="auto"/>
        <w:jc w:val="both"/>
        <w:rPr>
          <w:lang w:val="ru-RU"/>
        </w:rPr>
      </w:pPr>
      <w:r w:rsidRPr="00943F09">
        <w:rPr>
          <w:lang w:val="ru-RU"/>
        </w:rPr>
        <w:t>приносить и употреблять в пищу продукты, принесенные с собой;</w:t>
      </w:r>
    </w:p>
    <w:p w:rsidR="00C952DB" w:rsidRPr="00943F09" w:rsidRDefault="0041702C">
      <w:pPr>
        <w:pStyle w:val="a0"/>
        <w:numPr>
          <w:ilvl w:val="0"/>
          <w:numId w:val="10"/>
        </w:numPr>
        <w:spacing w:after="0" w:line="360" w:lineRule="auto"/>
        <w:jc w:val="both"/>
        <w:rPr>
          <w:lang w:val="ru-RU"/>
        </w:rPr>
      </w:pPr>
      <w:r w:rsidRPr="00943F09">
        <w:rPr>
          <w:lang w:val="ru-RU"/>
        </w:rPr>
        <w:t>находиться на территории Клуба в состоянии алкогольного, наркотического или иного опьянения;</w:t>
      </w:r>
    </w:p>
    <w:p w:rsidR="00C952DB" w:rsidRPr="00943F09" w:rsidRDefault="0041702C">
      <w:pPr>
        <w:pStyle w:val="a0"/>
        <w:numPr>
          <w:ilvl w:val="0"/>
          <w:numId w:val="10"/>
        </w:numPr>
        <w:spacing w:after="0" w:line="360" w:lineRule="auto"/>
        <w:jc w:val="both"/>
        <w:rPr>
          <w:lang w:val="ru-RU"/>
        </w:rPr>
      </w:pPr>
      <w:r w:rsidRPr="00943F09">
        <w:rPr>
          <w:lang w:val="ru-RU"/>
        </w:rPr>
        <w:t>совершать действия, которые могут причинить ущерб имуществу Клуба и посетителей, а также жизни и здоровью людей, нормальным условиям пребывания на территории Клуба;</w:t>
      </w:r>
    </w:p>
    <w:p w:rsidR="00C952DB" w:rsidRPr="00943F09" w:rsidRDefault="0041702C">
      <w:pPr>
        <w:pStyle w:val="a0"/>
        <w:numPr>
          <w:ilvl w:val="0"/>
          <w:numId w:val="10"/>
        </w:numPr>
        <w:spacing w:after="0" w:line="360" w:lineRule="auto"/>
        <w:jc w:val="both"/>
        <w:rPr>
          <w:lang w:val="ru-RU"/>
        </w:rPr>
      </w:pPr>
      <w:r w:rsidRPr="00943F09">
        <w:rPr>
          <w:lang w:val="ru-RU"/>
        </w:rPr>
        <w:t>проводить торговую, рекламную, иную коммерческую деятельность без соответствующего разрешения Администрации Клуба;</w:t>
      </w:r>
    </w:p>
    <w:p w:rsidR="00C952DB" w:rsidRPr="00943F09" w:rsidRDefault="0041702C">
      <w:pPr>
        <w:pStyle w:val="a0"/>
        <w:numPr>
          <w:ilvl w:val="0"/>
          <w:numId w:val="10"/>
        </w:numPr>
        <w:spacing w:after="0" w:line="360" w:lineRule="auto"/>
        <w:jc w:val="both"/>
        <w:rPr>
          <w:lang w:val="ru-RU"/>
        </w:rPr>
      </w:pPr>
      <w:r w:rsidRPr="00943F09">
        <w:rPr>
          <w:lang w:val="ru-RU"/>
        </w:rPr>
        <w:t>входить в любые технические и служебные помещения и самостоятельно регулировать любое инженерно-техническое оборудование. Посетители, проникшие в такие помещения, несут полную ответственность за неполадки и аварии, произошедшие в этой зоне;</w:t>
      </w:r>
    </w:p>
    <w:p w:rsidR="00C952DB" w:rsidRPr="00943F09" w:rsidRDefault="0041702C">
      <w:pPr>
        <w:pStyle w:val="a0"/>
        <w:numPr>
          <w:ilvl w:val="0"/>
          <w:numId w:val="10"/>
        </w:numPr>
        <w:spacing w:after="0" w:line="360" w:lineRule="auto"/>
        <w:jc w:val="both"/>
        <w:rPr>
          <w:lang w:val="ru-RU"/>
        </w:rPr>
      </w:pPr>
      <w:r w:rsidRPr="00943F09">
        <w:rPr>
          <w:lang w:val="ru-RU"/>
        </w:rPr>
        <w:t>пользоваться услугами инструкторов, не являющихся инструкторами Клуба, либо не имеющих действующей Клубной карты с тарифом «Тренерский»;</w:t>
      </w:r>
    </w:p>
    <w:p w:rsidR="00C952DB" w:rsidRPr="00943F09" w:rsidRDefault="0041702C">
      <w:pPr>
        <w:pStyle w:val="a0"/>
        <w:numPr>
          <w:ilvl w:val="0"/>
          <w:numId w:val="10"/>
        </w:numPr>
        <w:spacing w:after="0" w:line="360" w:lineRule="auto"/>
        <w:jc w:val="both"/>
        <w:rPr>
          <w:lang w:val="ru-RU"/>
        </w:rPr>
      </w:pPr>
      <w:r w:rsidRPr="00943F09">
        <w:rPr>
          <w:lang w:val="ru-RU"/>
        </w:rPr>
        <w:lastRenderedPageBreak/>
        <w:t>допускать любые виды дискриминации и проявления неуважения из-за различий по национальности, вероисповеданию, возрасту, социальному положению или другим признакам, осуществлять религиозные культы;</w:t>
      </w:r>
    </w:p>
    <w:p w:rsidR="00C952DB" w:rsidRPr="00943F09" w:rsidRDefault="0041702C">
      <w:pPr>
        <w:pStyle w:val="a0"/>
        <w:numPr>
          <w:ilvl w:val="0"/>
          <w:numId w:val="10"/>
        </w:numPr>
        <w:spacing w:after="0" w:line="360" w:lineRule="auto"/>
        <w:jc w:val="both"/>
        <w:rPr>
          <w:lang w:val="ru-RU"/>
        </w:rPr>
      </w:pPr>
      <w:r w:rsidRPr="00943F09">
        <w:rPr>
          <w:lang w:val="ru-RU"/>
        </w:rPr>
        <w:t>нарушать правила общественного порядка, использовать ненормативную лексику, доставлять неудобства, грубить в адрес посетителей и сотрудников Клуба;</w:t>
      </w:r>
    </w:p>
    <w:p w:rsidR="00C952DB" w:rsidRPr="00943F09" w:rsidRDefault="0041702C">
      <w:pPr>
        <w:pStyle w:val="a0"/>
        <w:numPr>
          <w:ilvl w:val="0"/>
          <w:numId w:val="10"/>
        </w:numPr>
        <w:spacing w:after="0" w:line="360" w:lineRule="auto"/>
        <w:jc w:val="both"/>
        <w:rPr>
          <w:lang w:val="ru-RU"/>
        </w:rPr>
      </w:pPr>
      <w:r w:rsidRPr="00943F09">
        <w:rPr>
          <w:lang w:val="ru-RU"/>
        </w:rPr>
        <w:t>передавать Клубную карту третьим лицам;</w:t>
      </w:r>
    </w:p>
    <w:p w:rsidR="00C952DB" w:rsidRDefault="0041702C">
      <w:pPr>
        <w:pStyle w:val="a0"/>
        <w:numPr>
          <w:ilvl w:val="0"/>
          <w:numId w:val="10"/>
        </w:numPr>
        <w:spacing w:after="0" w:line="360" w:lineRule="auto"/>
        <w:jc w:val="both"/>
      </w:pPr>
      <w:proofErr w:type="spellStart"/>
      <w:r>
        <w:t>нарушать</w:t>
      </w:r>
      <w:proofErr w:type="spellEnd"/>
      <w:r>
        <w:t xml:space="preserve"> </w:t>
      </w:r>
      <w:proofErr w:type="spellStart"/>
      <w:r>
        <w:t>условия</w:t>
      </w:r>
      <w:proofErr w:type="spellEnd"/>
      <w:r>
        <w:t xml:space="preserve"> </w:t>
      </w:r>
      <w:proofErr w:type="spellStart"/>
      <w:r>
        <w:t>настоящего</w:t>
      </w:r>
      <w:proofErr w:type="spellEnd"/>
      <w:r>
        <w:t xml:space="preserve"> </w:t>
      </w:r>
      <w:proofErr w:type="spellStart"/>
      <w:r>
        <w:t>Договора</w:t>
      </w:r>
      <w:proofErr w:type="spellEnd"/>
      <w:r>
        <w:t>;</w:t>
      </w:r>
    </w:p>
    <w:p w:rsidR="00C952DB" w:rsidRPr="00943F09" w:rsidRDefault="0041702C">
      <w:pPr>
        <w:pStyle w:val="a0"/>
        <w:numPr>
          <w:ilvl w:val="0"/>
          <w:numId w:val="10"/>
        </w:numPr>
        <w:spacing w:after="0" w:line="360" w:lineRule="auto"/>
        <w:jc w:val="both"/>
        <w:rPr>
          <w:lang w:val="ru-RU"/>
        </w:rPr>
      </w:pPr>
      <w:r w:rsidRPr="00943F09">
        <w:rPr>
          <w:lang w:val="ru-RU"/>
        </w:rPr>
        <w:t>без получения предварительного согласия Исполнителя передавать свои права и обязанности по настоящему Договору третьим лицам.</w:t>
      </w:r>
    </w:p>
    <w:p w:rsidR="00C952DB" w:rsidRPr="00943F09" w:rsidRDefault="0041702C">
      <w:pPr>
        <w:pStyle w:val="21"/>
        <w:rPr>
          <w:lang w:val="ru-RU"/>
        </w:rPr>
      </w:pPr>
      <w:r w:rsidRPr="00943F09">
        <w:rPr>
          <w:lang w:val="ru-RU"/>
        </w:rPr>
        <w:t>5. БЕЗОПАСНОСТЬ УСЛУГ И ОТВЕТСТВЕННОСТЬ ЗА ПРИЧИНЕНИЕ ВРЕДА</w:t>
      </w:r>
    </w:p>
    <w:p w:rsidR="00C952DB" w:rsidRPr="00943F09" w:rsidRDefault="0041702C">
      <w:pPr>
        <w:spacing w:after="0" w:line="360" w:lineRule="auto"/>
        <w:ind w:firstLine="709"/>
        <w:jc w:val="both"/>
        <w:rPr>
          <w:lang w:val="ru-RU"/>
        </w:rPr>
      </w:pPr>
      <w:r w:rsidRPr="00943F09">
        <w:rPr>
          <w:lang w:val="ru-RU"/>
        </w:rPr>
        <w:t>5.1. Исполнитель обязан обеспечить безопасные условия оказания услуг: исправность спортивного, сантехнического и иного оборудования, соблюдение санитарных норм и правил, требований пожарной безопасности, соответствие квалификации персонала установленным требованиям.</w:t>
      </w:r>
    </w:p>
    <w:p w:rsidR="00C952DB" w:rsidRPr="00943F09" w:rsidRDefault="0041702C">
      <w:pPr>
        <w:spacing w:after="0" w:line="360" w:lineRule="auto"/>
        <w:ind w:firstLine="709"/>
        <w:jc w:val="both"/>
        <w:rPr>
          <w:lang w:val="ru-RU"/>
        </w:rPr>
      </w:pPr>
      <w:r w:rsidRPr="00943F09">
        <w:rPr>
          <w:lang w:val="ru-RU"/>
        </w:rPr>
        <w:t>5.2. Исполнитель обязан до начала оказания услуг провести с Заказчиком (Потребителем услуг) инструктаж по технике безопасности с отметкой в журнале инструктажа, а также предоставить Заказчику Правила и правила посещения отдельных фитнес-зон.</w:t>
      </w:r>
    </w:p>
    <w:p w:rsidR="00C952DB" w:rsidRPr="00943F09" w:rsidRDefault="0041702C">
      <w:pPr>
        <w:spacing w:after="0" w:line="360" w:lineRule="auto"/>
        <w:ind w:firstLine="709"/>
        <w:jc w:val="both"/>
        <w:rPr>
          <w:lang w:val="ru-RU"/>
        </w:rPr>
      </w:pPr>
      <w:r w:rsidRPr="00943F09">
        <w:rPr>
          <w:lang w:val="ru-RU"/>
        </w:rPr>
        <w:t>5.3. Исполнитель осуществляет надзор за несовершеннолетними Потребителями услуг в период проведения тренировок (занятий) с тренером (инструктором) и в период пребывания ребенка в детском клубе (детской игровой комнате). Ответственность за вред, причиненный жизни или здоровью ребенка в указанный период, а также за вред, причиненный ребенком, несет Исполнитель в соответствии с законодательством Российской Федерации.</w:t>
      </w:r>
    </w:p>
    <w:p w:rsidR="00C952DB" w:rsidRPr="00943F09" w:rsidRDefault="0041702C">
      <w:pPr>
        <w:spacing w:after="0" w:line="360" w:lineRule="auto"/>
        <w:ind w:firstLine="709"/>
        <w:jc w:val="both"/>
        <w:rPr>
          <w:lang w:val="ru-RU"/>
        </w:rPr>
      </w:pPr>
      <w:r w:rsidRPr="00943F09">
        <w:rPr>
          <w:lang w:val="ru-RU"/>
        </w:rPr>
        <w:t>5.4. Исполнитель несет ответственность за вред, причиненный жизни, здоровью или имуществу Потребителя вследствие недостатков услуги, в полном объеме. Возмещение вреда осуществляется в соответствии со статьями 1064, 1068, 1095–1097 Гражданского кодекса Российской Федерации и статьей 14 Закона Российской Федерации «О защите прав потребителей».</w:t>
      </w:r>
    </w:p>
    <w:p w:rsidR="00C952DB" w:rsidRPr="00943F09" w:rsidRDefault="0041702C">
      <w:pPr>
        <w:spacing w:after="0" w:line="360" w:lineRule="auto"/>
        <w:ind w:firstLine="709"/>
        <w:jc w:val="both"/>
        <w:rPr>
          <w:lang w:val="ru-RU"/>
        </w:rPr>
      </w:pPr>
      <w:r w:rsidRPr="00943F09">
        <w:rPr>
          <w:lang w:val="ru-RU"/>
        </w:rPr>
        <w:t>5.5. Исполнитель отвечает за вред, причиненный его работниками (в том числе лицами, выполняющими работу по гражданско-правовому договору и действующими по заданию Исполнителя под его контролем) при исполнении ими трудовых (договорных) обязанностей.</w:t>
      </w:r>
    </w:p>
    <w:p w:rsidR="00C952DB" w:rsidRPr="00943F09" w:rsidRDefault="0041702C">
      <w:pPr>
        <w:spacing w:after="0" w:line="360" w:lineRule="auto"/>
        <w:ind w:firstLine="709"/>
        <w:jc w:val="both"/>
        <w:rPr>
          <w:lang w:val="ru-RU"/>
        </w:rPr>
      </w:pPr>
      <w:r w:rsidRPr="00943F09">
        <w:rPr>
          <w:lang w:val="ru-RU"/>
        </w:rPr>
        <w:lastRenderedPageBreak/>
        <w:t>5.6. Исполнитель освобождается от ответственности, если докажет, что вред причинен вследствие непреодолимой силы либо нарушения Потребителем установленных Правил и правил безопасного использования услуг.</w:t>
      </w:r>
    </w:p>
    <w:p w:rsidR="00C952DB" w:rsidRPr="00943F09" w:rsidRDefault="0041702C">
      <w:pPr>
        <w:spacing w:after="0" w:line="360" w:lineRule="auto"/>
        <w:ind w:firstLine="709"/>
        <w:jc w:val="both"/>
        <w:rPr>
          <w:lang w:val="ru-RU"/>
        </w:rPr>
      </w:pPr>
      <w:r w:rsidRPr="00943F09">
        <w:rPr>
          <w:lang w:val="ru-RU"/>
        </w:rPr>
        <w:t>5.7. Условия Договора не ограничивают ответственность Исполнителя за причинение вреда жизни и здоровью, не исключают компенсацию морального вреда и не препятствуют реализации иных прав Потребителя, установленных законодательством Российской Федерации. Условия, противоречащие настоящему пункту, не подлежат применению как ничтожные.</w:t>
      </w:r>
    </w:p>
    <w:p w:rsidR="00C952DB" w:rsidRPr="00943F09" w:rsidRDefault="0041702C">
      <w:pPr>
        <w:spacing w:after="0" w:line="360" w:lineRule="auto"/>
        <w:ind w:firstLine="709"/>
        <w:jc w:val="both"/>
        <w:rPr>
          <w:lang w:val="ru-RU"/>
        </w:rPr>
      </w:pPr>
      <w:r w:rsidRPr="00943F09">
        <w:rPr>
          <w:lang w:val="ru-RU"/>
        </w:rPr>
        <w:t>5.8. При несчастном случае (травме) сотрудник Клуба обязан незамедлительно оказать пострадавшему первую помощь, при необходимости вызвать скорую медицинскую помощь, обеспечить прекращение действия травмирующего фактора и безопасность других посетителей, уведомить администрацию Клуба, обеспечить сохранение обстановки и видеозаписи за соответствующий период.</w:t>
      </w:r>
    </w:p>
    <w:p w:rsidR="00C952DB" w:rsidRPr="00943F09" w:rsidRDefault="0041702C">
      <w:pPr>
        <w:spacing w:after="0" w:line="360" w:lineRule="auto"/>
        <w:ind w:firstLine="709"/>
        <w:jc w:val="both"/>
        <w:rPr>
          <w:lang w:val="ru-RU"/>
        </w:rPr>
      </w:pPr>
      <w:r w:rsidRPr="00943F09">
        <w:rPr>
          <w:lang w:val="ru-RU"/>
        </w:rPr>
        <w:t>5.9. По факту несчастного случая составляется акт с указанием даты, времени, места, обстоятельств, характера повреждений, данных очевидцев и сотрудников Клуба. Акт составляется в день происшествия с участием пострадавшего (его представителя); копия акта предоставляется пострадавшему (его представителю) по его требованию.</w:t>
      </w:r>
    </w:p>
    <w:p w:rsidR="00C952DB" w:rsidRPr="00943F09" w:rsidRDefault="0041702C">
      <w:pPr>
        <w:spacing w:after="0" w:line="360" w:lineRule="auto"/>
        <w:ind w:firstLine="709"/>
        <w:jc w:val="both"/>
        <w:rPr>
          <w:lang w:val="ru-RU"/>
        </w:rPr>
      </w:pPr>
      <w:r w:rsidRPr="00943F09">
        <w:rPr>
          <w:lang w:val="ru-RU"/>
        </w:rPr>
        <w:t>5.10. Исполнитель вправе страховать свою ответственность за причинение вреда жизни, здоровью и имуществу посетителей. Сведения о страховщике и о договоре страхования предоставляются по требованию Заказчика.</w:t>
      </w:r>
    </w:p>
    <w:p w:rsidR="00C952DB" w:rsidRPr="00943F09" w:rsidRDefault="0041702C">
      <w:pPr>
        <w:spacing w:after="0" w:line="360" w:lineRule="auto"/>
        <w:ind w:firstLine="709"/>
        <w:jc w:val="both"/>
        <w:rPr>
          <w:lang w:val="ru-RU"/>
        </w:rPr>
      </w:pPr>
      <w:r w:rsidRPr="00943F09">
        <w:rPr>
          <w:lang w:val="ru-RU"/>
        </w:rPr>
        <w:t>5.11. Заказчик несет материальную ответственность за реальный ущерб, причиненный имуществу Клуба, а также другим Посетителям, в размере, подтвержденном документально.</w:t>
      </w:r>
    </w:p>
    <w:p w:rsidR="00C952DB" w:rsidRPr="00943F09" w:rsidRDefault="0041702C">
      <w:pPr>
        <w:spacing w:after="0" w:line="360" w:lineRule="auto"/>
        <w:ind w:firstLine="709"/>
        <w:jc w:val="both"/>
        <w:rPr>
          <w:lang w:val="ru-RU"/>
        </w:rPr>
      </w:pPr>
      <w:r w:rsidRPr="00943F09">
        <w:rPr>
          <w:lang w:val="ru-RU"/>
        </w:rPr>
        <w:t>5.12. В случае причинения Заказчиком реального ущерба имуществу Клуба Сторонами составляется рекламационный акт (далее – «Акт»), который подписывается Заказчиком и уполномоченным представителем Исполнителя. В случае необоснованного отказа Заказчика от составления и/или подписания Акта либо в случае, когда ущерб обнаружен после визита Заказчика, Исполнитель вправе составить такой Акт в одностороннем порядке с приложением имеющихся доказательств (фотоматериалы, видеозапись, пояснения свидетелей, документы о стоимости имущества). Исполнитель обязан не позднее следующего рабочего дня от даты составления Акта направить Акт Заказчику (для оперативности возможна отправка на электронную почту Заказчика). Заказчик в срок не позднее 10 (десяти) календарных дней с момента получения Акта вправе представить письменные возражения и обязан компенсировать Исполнителю причиненный реальный ущерб в размере, зафиксированном Актом.</w:t>
      </w:r>
    </w:p>
    <w:p w:rsidR="00C952DB" w:rsidRPr="00943F09" w:rsidRDefault="0041702C">
      <w:pPr>
        <w:spacing w:after="0" w:line="360" w:lineRule="auto"/>
        <w:ind w:firstLine="709"/>
        <w:jc w:val="both"/>
        <w:rPr>
          <w:lang w:val="ru-RU"/>
        </w:rPr>
      </w:pPr>
      <w:r w:rsidRPr="00943F09">
        <w:rPr>
          <w:lang w:val="ru-RU"/>
        </w:rPr>
        <w:lastRenderedPageBreak/>
        <w:t>5.13. При утрате Заказчиком имущества Исполнителя (в том числе Клубной карты, полотенца, халата, ключа от сейфовой ячейки, ключа от шкафчика в раздевалке, номерка от гардероба), нарушении Правил оказания услуг с Посетителя взимается сумма в размере, определяемом Правилами оказания услуг или актуальным прейскурантом Исполнителя.</w:t>
      </w:r>
    </w:p>
    <w:p w:rsidR="00C952DB" w:rsidRPr="00943F09" w:rsidRDefault="0041702C">
      <w:pPr>
        <w:spacing w:after="0" w:line="360" w:lineRule="auto"/>
        <w:ind w:firstLine="709"/>
        <w:jc w:val="both"/>
        <w:rPr>
          <w:lang w:val="ru-RU"/>
        </w:rPr>
      </w:pPr>
      <w:r w:rsidRPr="00943F09">
        <w:rPr>
          <w:lang w:val="ru-RU"/>
        </w:rPr>
        <w:t>5.14. Исполнитель не несет ответственности за личные вещи Заказчика, оставленные без присмотра вне специально оборудованных шкафов и индивидуальных сейфовых ячеек в зонах Клуба, а также за сохранность автомобилей, оставленных на парковочной территории Клуба, при отсутствии вины Исполнителя. Исполнитель не принимает имущество Заказчика на ответственное хранение; ответственное хранение является самостоятельной отдельной оплачиваемой услугой в соответствии с прейскурантом и предоставляется на основании отдельного договора между Заказчиком и Исполнителем.</w:t>
      </w:r>
    </w:p>
    <w:p w:rsidR="00C952DB" w:rsidRPr="00943F09" w:rsidRDefault="0041702C">
      <w:pPr>
        <w:spacing w:after="0" w:line="360" w:lineRule="auto"/>
        <w:ind w:firstLine="709"/>
        <w:jc w:val="both"/>
        <w:rPr>
          <w:lang w:val="ru-RU"/>
        </w:rPr>
      </w:pPr>
      <w:r w:rsidRPr="00943F09">
        <w:rPr>
          <w:lang w:val="ru-RU"/>
        </w:rPr>
        <w:t>5.15. Родители (законные представители) несут персональную ответственность за жизнь и здоровье несовершеннолетнего вне периода, указанного в пункте 5.3 настоящей Оферты.</w:t>
      </w:r>
    </w:p>
    <w:p w:rsidR="00C952DB" w:rsidRPr="00943F09" w:rsidRDefault="0041702C">
      <w:pPr>
        <w:spacing w:after="0" w:line="360" w:lineRule="auto"/>
        <w:ind w:firstLine="709"/>
        <w:jc w:val="both"/>
        <w:rPr>
          <w:lang w:val="ru-RU"/>
        </w:rPr>
      </w:pPr>
      <w:r w:rsidRPr="00943F09">
        <w:rPr>
          <w:lang w:val="ru-RU"/>
        </w:rPr>
        <w:t>5.16. Временный выход из строя оборудования или тренажеров Клуба не может служить основанием для предъявления претензий по количеству и качеству оказанных услуг при условии, что Исполнитель устранил неисправность в разумный срок, а период действия Клубной карты продлен на срок невозможности использования соответствующей зоны, превышающий один день.</w:t>
      </w:r>
    </w:p>
    <w:p w:rsidR="00C952DB" w:rsidRPr="00943F09" w:rsidRDefault="0041702C">
      <w:pPr>
        <w:spacing w:after="0" w:line="360" w:lineRule="auto"/>
        <w:ind w:firstLine="709"/>
        <w:jc w:val="both"/>
        <w:rPr>
          <w:lang w:val="ru-RU"/>
        </w:rPr>
      </w:pPr>
      <w:r w:rsidRPr="00943F09">
        <w:rPr>
          <w:lang w:val="ru-RU"/>
        </w:rPr>
        <w:t>5.17. В случае нарушения Заказчиком любых обязательств по оплате, предусмотренных условиями настоящей Оферты, Исполнитель вправе взыскать с Заказчика неустойку в размере 0,1 % от суммы задолженности за каждый календарный день просрочки. Кроме того, Исполнитель вправе приостановить оказание услуг до момента полного погашения задолженности либо отказаться от исполнения Договора и потребовать возмещения убытков.</w:t>
      </w:r>
    </w:p>
    <w:p w:rsidR="00C952DB" w:rsidRPr="00943F09" w:rsidRDefault="0041702C">
      <w:pPr>
        <w:spacing w:after="0" w:line="360" w:lineRule="auto"/>
        <w:ind w:firstLine="709"/>
        <w:jc w:val="both"/>
        <w:rPr>
          <w:lang w:val="ru-RU"/>
        </w:rPr>
      </w:pPr>
      <w:r w:rsidRPr="00943F09">
        <w:rPr>
          <w:lang w:val="ru-RU"/>
        </w:rPr>
        <w:t>5.18. Заказчик принимает на себя риски, связанные с его действиями по недопущению ошибок и неточностей в предоставленных им данных (при заполнении заявления на присоединение к Оферте, при предоставлении данных банковской карты и т.п.).</w:t>
      </w:r>
    </w:p>
    <w:p w:rsidR="00C952DB" w:rsidRPr="00943F09" w:rsidRDefault="0041702C">
      <w:pPr>
        <w:spacing w:after="0" w:line="360" w:lineRule="auto"/>
        <w:ind w:firstLine="709"/>
        <w:jc w:val="both"/>
        <w:rPr>
          <w:lang w:val="ru-RU"/>
        </w:rPr>
      </w:pPr>
      <w:r w:rsidRPr="00943F09">
        <w:rPr>
          <w:lang w:val="ru-RU"/>
        </w:rPr>
        <w:t xml:space="preserve">5.19. Стороны освобождаются от ответственности за полное или частичное неисполнение своих обязательств по настоящему Договору, если такое неисполнение явилось следствием обстоятельств непреодолимой силы, то есть чрезвычайных и непредотвратимых при данных условиях обстоятельств. К обстоятельствам непреодолимой силы, в частности, относятся: стихийные бедствия, военные действия, забастовки, действия и решения государственных органов власти, сбои, возникающие в телекоммуникационных </w:t>
      </w:r>
      <w:r w:rsidRPr="00943F09">
        <w:rPr>
          <w:lang w:val="ru-RU"/>
        </w:rPr>
        <w:lastRenderedPageBreak/>
        <w:t>и энергетических сетях, падение беспилотных летательных аппаратов и их обломков, блокирование работы сайта. Стороны освобождаются от ответственности при условии надлежащего уведомления другой стороны (для оперативности возможно уведомление по электронной почте). Если обстоятельства непреодолимой силы действуют в течение более 2 месяцев, любая из Сторон вправе отказаться от дальнейшего выполнения обязательств по Оферте, причем ни одна из Сторон не может требовать от другой стороны возмещения возможных убытков за время действия непреодолимой силы.</w:t>
      </w:r>
    </w:p>
    <w:p w:rsidR="00C952DB" w:rsidRPr="00943F09" w:rsidRDefault="0041702C">
      <w:pPr>
        <w:spacing w:after="0" w:line="360" w:lineRule="auto"/>
        <w:ind w:firstLine="709"/>
        <w:jc w:val="both"/>
        <w:rPr>
          <w:lang w:val="ru-RU"/>
        </w:rPr>
      </w:pPr>
      <w:r w:rsidRPr="00943F09">
        <w:rPr>
          <w:lang w:val="ru-RU"/>
        </w:rPr>
        <w:t>5.20. Исполнитель не несет ответственности в случаях невозможности оказания услуг, вызванной проведением сезонных, профилактических, ремонтных и аварийных работ службами коммунального хозяйства, провайдерами либо иными службами, предоставляющими сопутствующие услуги. В случае если о таких работах Исполнителю известно предварительно, Исполнитель уведомляет Заказчика путем размещения соответствующей информации на рецепции и/или Сайте. Период действия Клубной карты продлевается на срок невозможности оказания услуг, превышающий один день.</w:t>
      </w:r>
    </w:p>
    <w:p w:rsidR="00C952DB" w:rsidRPr="00943F09" w:rsidRDefault="0041702C">
      <w:pPr>
        <w:spacing w:after="0" w:line="360" w:lineRule="auto"/>
        <w:ind w:firstLine="709"/>
        <w:jc w:val="both"/>
        <w:rPr>
          <w:lang w:val="ru-RU"/>
        </w:rPr>
      </w:pPr>
      <w:r w:rsidRPr="00943F09">
        <w:rPr>
          <w:lang w:val="ru-RU"/>
        </w:rPr>
        <w:t>5.21. В случае изменения каких-либо из указанных Заказчиком реквизитов последний обязан заблаговременно уведомить Исполнителя о соответствующих изменениях. В противном случае Заказчик несет риск всех связанных с этим неблагоприятных последствий.</w:t>
      </w:r>
    </w:p>
    <w:p w:rsidR="00C952DB" w:rsidRPr="00943F09" w:rsidRDefault="0041702C">
      <w:pPr>
        <w:spacing w:after="0" w:line="360" w:lineRule="auto"/>
        <w:ind w:firstLine="709"/>
        <w:jc w:val="both"/>
        <w:rPr>
          <w:lang w:val="ru-RU"/>
        </w:rPr>
      </w:pPr>
      <w:r w:rsidRPr="00943F09">
        <w:rPr>
          <w:lang w:val="ru-RU"/>
        </w:rPr>
        <w:t>5.22. Заказчик несет ответственность за надлежащее исполнение Правил Клуба лицом, в пользу которого заключен настоящий Договор (Потребителем услуг), с учетом положений пункта 5.3 настоящей Оферты.</w:t>
      </w:r>
    </w:p>
    <w:p w:rsidR="00C952DB" w:rsidRPr="00943F09" w:rsidRDefault="0041702C">
      <w:pPr>
        <w:pStyle w:val="21"/>
        <w:rPr>
          <w:lang w:val="ru-RU"/>
        </w:rPr>
      </w:pPr>
      <w:r w:rsidRPr="00943F09">
        <w:rPr>
          <w:lang w:val="ru-RU"/>
        </w:rPr>
        <w:t>6. АВТОРСКИЕ ПРАВА</w:t>
      </w:r>
    </w:p>
    <w:p w:rsidR="00C952DB" w:rsidRPr="00943F09" w:rsidRDefault="0041702C">
      <w:pPr>
        <w:spacing w:after="0" w:line="360" w:lineRule="auto"/>
        <w:ind w:firstLine="709"/>
        <w:jc w:val="both"/>
        <w:rPr>
          <w:lang w:val="ru-RU"/>
        </w:rPr>
      </w:pPr>
      <w:r w:rsidRPr="00943F09">
        <w:rPr>
          <w:lang w:val="ru-RU"/>
        </w:rPr>
        <w:t xml:space="preserve">6.1. Заказчик понимает и осознает, что авторские тренинг-методики, тренировочные программы являются результатом интеллектуальной деятельности их авторов и охраняются действующим законодательством об интеллектуальной собственности. Заказчику запрещается осуществлять запись занятий, тренировок на </w:t>
      </w:r>
      <w:proofErr w:type="spellStart"/>
      <w:r w:rsidRPr="00943F09">
        <w:rPr>
          <w:lang w:val="ru-RU"/>
        </w:rPr>
        <w:t>звуко</w:t>
      </w:r>
      <w:proofErr w:type="spellEnd"/>
      <w:r w:rsidRPr="00943F09">
        <w:rPr>
          <w:lang w:val="ru-RU"/>
        </w:rPr>
        <w:t>- и/или видеозаписывающие устройства либо иным образом использовать указанные объекты авторских прав без соответствующего разрешения правообладателя.</w:t>
      </w:r>
    </w:p>
    <w:p w:rsidR="00C952DB" w:rsidRPr="00943F09" w:rsidRDefault="0041702C">
      <w:pPr>
        <w:spacing w:after="0" w:line="360" w:lineRule="auto"/>
        <w:ind w:firstLine="709"/>
        <w:jc w:val="both"/>
        <w:rPr>
          <w:lang w:val="ru-RU"/>
        </w:rPr>
      </w:pPr>
      <w:r w:rsidRPr="00943F09">
        <w:rPr>
          <w:lang w:val="ru-RU"/>
        </w:rPr>
        <w:t>6.2. Права на все объекты, составляющие дизайн Сайта в целом и отдельных его элементов, на программное обеспечение Сайта принадлежат Исполнителю. Их использование и воспроизведение без получения предварительного согласия Исполнителя запрещено.</w:t>
      </w:r>
    </w:p>
    <w:p w:rsidR="00C952DB" w:rsidRPr="00943F09" w:rsidRDefault="0041702C">
      <w:pPr>
        <w:spacing w:after="0" w:line="360" w:lineRule="auto"/>
        <w:ind w:firstLine="709"/>
        <w:jc w:val="both"/>
        <w:rPr>
          <w:lang w:val="ru-RU"/>
        </w:rPr>
      </w:pPr>
      <w:r w:rsidRPr="00943F09">
        <w:rPr>
          <w:lang w:val="ru-RU"/>
        </w:rPr>
        <w:t xml:space="preserve">6.3. Посетителям запрещено использовать, публично исполнять на территории Клуба, в том числе во время занятий, свои и принесенные (в том числе записанные в память мобильного устройства Посетителя и/или транслируемые посредством онлайн-сервисов, </w:t>
      </w:r>
      <w:r w:rsidRPr="00943F09">
        <w:rPr>
          <w:lang w:val="ru-RU"/>
        </w:rPr>
        <w:lastRenderedPageBreak/>
        <w:t>мобильных приложений) музыкальные произведения, фонограммы, опубликованные в коммерческих целях, аудиовизуальные произведения и иные результаты интеллектуальной деятельности, за исключением их использования в наушниках Посетителя в режиме прослушивания, недоступном для восприятия другими Посетителями Клуба. В случае нарушения данного условия всю ответственность Посетитель берет на себя.</w:t>
      </w:r>
    </w:p>
    <w:p w:rsidR="00C952DB" w:rsidRPr="00943F09" w:rsidRDefault="0041702C">
      <w:pPr>
        <w:pStyle w:val="21"/>
        <w:rPr>
          <w:lang w:val="ru-RU"/>
        </w:rPr>
      </w:pPr>
      <w:r w:rsidRPr="00943F09">
        <w:rPr>
          <w:lang w:val="ru-RU"/>
        </w:rPr>
        <w:t>7. ВОЗВРАТ ДЕНЕЖНЫХ СРЕДСТВ</w:t>
      </w:r>
    </w:p>
    <w:p w:rsidR="00C952DB" w:rsidRDefault="0041702C">
      <w:pPr>
        <w:spacing w:after="0" w:line="360" w:lineRule="auto"/>
        <w:ind w:firstLine="709"/>
        <w:jc w:val="both"/>
        <w:rPr>
          <w:lang w:val="ru-RU"/>
        </w:rPr>
      </w:pPr>
      <w:r w:rsidRPr="00943F09">
        <w:rPr>
          <w:lang w:val="ru-RU"/>
        </w:rPr>
        <w:t>7.1. Заказчик вправе отказаться от исполнения Договора в любое время при условии оплаты Исполнителю фактически понесенных им расходов, связанных с исполнением обязательств по данному Договору (статья 32 Закона Российской Федерации «О защите прав потребителей», пункт 1 статьи 782 Гражданского кодекса Российской Федерации).</w:t>
      </w:r>
    </w:p>
    <w:tbl>
      <w:tblPr>
        <w:tblW w:w="9938" w:type="dxa"/>
        <w:tblInd w:w="-10" w:type="dxa"/>
        <w:tblLook w:val="04A0" w:firstRow="1" w:lastRow="0" w:firstColumn="1" w:lastColumn="0" w:noHBand="0" w:noVBand="1"/>
      </w:tblPr>
      <w:tblGrid>
        <w:gridCol w:w="1529"/>
        <w:gridCol w:w="1590"/>
        <w:gridCol w:w="1559"/>
        <w:gridCol w:w="1276"/>
        <w:gridCol w:w="1417"/>
        <w:gridCol w:w="1276"/>
        <w:gridCol w:w="1291"/>
      </w:tblGrid>
      <w:tr w:rsidR="00943F09" w:rsidRPr="00943F09" w:rsidTr="00943F09">
        <w:trPr>
          <w:trHeight w:val="520"/>
        </w:trPr>
        <w:tc>
          <w:tcPr>
            <w:tcW w:w="1529"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Период исполнения Договора</w:t>
            </w:r>
          </w:p>
        </w:tc>
        <w:tc>
          <w:tcPr>
            <w:tcW w:w="8409"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Процент удержания от стоимости абонемента, в зависимости от срока абонемента (%)</w:t>
            </w:r>
          </w:p>
        </w:tc>
      </w:tr>
      <w:tr w:rsidR="00943F09" w:rsidRPr="00943F09" w:rsidTr="00943F09">
        <w:trPr>
          <w:trHeight w:val="300"/>
        </w:trPr>
        <w:tc>
          <w:tcPr>
            <w:tcW w:w="1529" w:type="dxa"/>
            <w:vMerge/>
            <w:tcBorders>
              <w:top w:val="single" w:sz="8" w:space="0" w:color="auto"/>
              <w:left w:val="single" w:sz="8" w:space="0" w:color="auto"/>
              <w:bottom w:val="single" w:sz="8" w:space="0" w:color="000000"/>
              <w:right w:val="single" w:sz="8" w:space="0" w:color="000000"/>
            </w:tcBorders>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p>
        </w:tc>
        <w:tc>
          <w:tcPr>
            <w:tcW w:w="1590" w:type="dxa"/>
            <w:tcBorders>
              <w:top w:val="nil"/>
              <w:left w:val="nil"/>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12 месяцев</w:t>
            </w:r>
          </w:p>
        </w:tc>
        <w:tc>
          <w:tcPr>
            <w:tcW w:w="1559" w:type="dxa"/>
            <w:tcBorders>
              <w:top w:val="nil"/>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10 месяцев</w:t>
            </w:r>
          </w:p>
        </w:tc>
        <w:tc>
          <w:tcPr>
            <w:tcW w:w="1276" w:type="dxa"/>
            <w:tcBorders>
              <w:top w:val="nil"/>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9 месяцев</w:t>
            </w:r>
          </w:p>
        </w:tc>
        <w:tc>
          <w:tcPr>
            <w:tcW w:w="1417" w:type="dxa"/>
            <w:tcBorders>
              <w:top w:val="nil"/>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8 месяца</w:t>
            </w:r>
          </w:p>
        </w:tc>
        <w:tc>
          <w:tcPr>
            <w:tcW w:w="1276" w:type="dxa"/>
            <w:tcBorders>
              <w:top w:val="nil"/>
              <w:left w:val="nil"/>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6 месяцев</w:t>
            </w:r>
          </w:p>
        </w:tc>
        <w:tc>
          <w:tcPr>
            <w:tcW w:w="1291" w:type="dxa"/>
            <w:tcBorders>
              <w:top w:val="nil"/>
              <w:left w:val="nil"/>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 месяца</w:t>
            </w:r>
          </w:p>
        </w:tc>
      </w:tr>
      <w:tr w:rsidR="00943F09" w:rsidRPr="00943F09" w:rsidTr="00943F09">
        <w:trPr>
          <w:trHeight w:hRule="exact" w:val="300"/>
        </w:trPr>
        <w:tc>
          <w:tcPr>
            <w:tcW w:w="1529" w:type="dxa"/>
            <w:tcBorders>
              <w:top w:val="nil"/>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1-й месяц</w:t>
            </w:r>
          </w:p>
        </w:tc>
        <w:tc>
          <w:tcPr>
            <w:tcW w:w="1590"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24</w:t>
            </w:r>
          </w:p>
        </w:tc>
        <w:tc>
          <w:tcPr>
            <w:tcW w:w="155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30</w:t>
            </w:r>
          </w:p>
        </w:tc>
        <w:tc>
          <w:tcPr>
            <w:tcW w:w="1276"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30</w:t>
            </w:r>
          </w:p>
        </w:tc>
        <w:tc>
          <w:tcPr>
            <w:tcW w:w="1417" w:type="dxa"/>
            <w:tcBorders>
              <w:top w:val="single" w:sz="8" w:space="0" w:color="auto"/>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35</w:t>
            </w:r>
          </w:p>
        </w:tc>
        <w:tc>
          <w:tcPr>
            <w:tcW w:w="1276"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40</w:t>
            </w:r>
          </w:p>
        </w:tc>
        <w:tc>
          <w:tcPr>
            <w:tcW w:w="1291"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50</w:t>
            </w:r>
          </w:p>
        </w:tc>
      </w:tr>
      <w:tr w:rsidR="00943F09" w:rsidRPr="00943F09" w:rsidTr="00943F09">
        <w:trPr>
          <w:trHeight w:hRule="exact" w:val="300"/>
        </w:trPr>
        <w:tc>
          <w:tcPr>
            <w:tcW w:w="152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2-й месяц</w:t>
            </w:r>
          </w:p>
        </w:tc>
        <w:tc>
          <w:tcPr>
            <w:tcW w:w="1590"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24</w:t>
            </w:r>
          </w:p>
        </w:tc>
        <w:tc>
          <w:tcPr>
            <w:tcW w:w="155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25</w:t>
            </w:r>
          </w:p>
        </w:tc>
        <w:tc>
          <w:tcPr>
            <w:tcW w:w="1276"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25</w:t>
            </w:r>
          </w:p>
        </w:tc>
        <w:tc>
          <w:tcPr>
            <w:tcW w:w="1417" w:type="dxa"/>
            <w:tcBorders>
              <w:top w:val="single" w:sz="8" w:space="0" w:color="auto"/>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20</w:t>
            </w:r>
          </w:p>
        </w:tc>
        <w:tc>
          <w:tcPr>
            <w:tcW w:w="1276"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25</w:t>
            </w:r>
          </w:p>
        </w:tc>
        <w:tc>
          <w:tcPr>
            <w:tcW w:w="1291"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30</w:t>
            </w:r>
          </w:p>
        </w:tc>
      </w:tr>
      <w:tr w:rsidR="00943F09" w:rsidRPr="00943F09" w:rsidTr="00943F09">
        <w:trPr>
          <w:trHeight w:hRule="exact" w:val="300"/>
        </w:trPr>
        <w:tc>
          <w:tcPr>
            <w:tcW w:w="152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3-й месяц</w:t>
            </w:r>
          </w:p>
        </w:tc>
        <w:tc>
          <w:tcPr>
            <w:tcW w:w="1590"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24</w:t>
            </w:r>
          </w:p>
        </w:tc>
        <w:tc>
          <w:tcPr>
            <w:tcW w:w="155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15</w:t>
            </w:r>
          </w:p>
        </w:tc>
        <w:tc>
          <w:tcPr>
            <w:tcW w:w="1276"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15</w:t>
            </w:r>
          </w:p>
        </w:tc>
        <w:tc>
          <w:tcPr>
            <w:tcW w:w="1417" w:type="dxa"/>
            <w:tcBorders>
              <w:top w:val="single" w:sz="8" w:space="0" w:color="auto"/>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15</w:t>
            </w:r>
          </w:p>
        </w:tc>
        <w:tc>
          <w:tcPr>
            <w:tcW w:w="1276"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20</w:t>
            </w:r>
          </w:p>
        </w:tc>
        <w:tc>
          <w:tcPr>
            <w:tcW w:w="1291"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20</w:t>
            </w:r>
          </w:p>
        </w:tc>
      </w:tr>
      <w:tr w:rsidR="00943F09" w:rsidRPr="00943F09" w:rsidTr="00943F09">
        <w:trPr>
          <w:trHeight w:hRule="exact" w:val="300"/>
        </w:trPr>
        <w:tc>
          <w:tcPr>
            <w:tcW w:w="152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4-й месяц</w:t>
            </w:r>
          </w:p>
        </w:tc>
        <w:tc>
          <w:tcPr>
            <w:tcW w:w="1590"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4</w:t>
            </w:r>
          </w:p>
        </w:tc>
        <w:tc>
          <w:tcPr>
            <w:tcW w:w="155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276"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9</w:t>
            </w:r>
          </w:p>
        </w:tc>
        <w:tc>
          <w:tcPr>
            <w:tcW w:w="1417" w:type="dxa"/>
            <w:tcBorders>
              <w:top w:val="single" w:sz="8" w:space="0" w:color="auto"/>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10</w:t>
            </w:r>
          </w:p>
        </w:tc>
        <w:tc>
          <w:tcPr>
            <w:tcW w:w="1276"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291"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r>
      <w:tr w:rsidR="00943F09" w:rsidRPr="00943F09" w:rsidTr="00943F09">
        <w:trPr>
          <w:trHeight w:hRule="exact" w:val="300"/>
        </w:trPr>
        <w:tc>
          <w:tcPr>
            <w:tcW w:w="152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5-й месяц</w:t>
            </w:r>
          </w:p>
        </w:tc>
        <w:tc>
          <w:tcPr>
            <w:tcW w:w="1590"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55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276"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417" w:type="dxa"/>
            <w:tcBorders>
              <w:top w:val="single" w:sz="8" w:space="0" w:color="auto"/>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276"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291"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r>
      <w:tr w:rsidR="00943F09" w:rsidRPr="00943F09" w:rsidTr="00943F09">
        <w:trPr>
          <w:trHeight w:hRule="exact" w:val="300"/>
        </w:trPr>
        <w:tc>
          <w:tcPr>
            <w:tcW w:w="152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6-й месяц</w:t>
            </w:r>
          </w:p>
        </w:tc>
        <w:tc>
          <w:tcPr>
            <w:tcW w:w="1590"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55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276"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417" w:type="dxa"/>
            <w:tcBorders>
              <w:top w:val="single" w:sz="8" w:space="0" w:color="auto"/>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276"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bookmarkStart w:id="0" w:name="_GoBack"/>
            <w:bookmarkEnd w:id="0"/>
            <w:r w:rsidRPr="00943F09">
              <w:rPr>
                <w:rFonts w:eastAsia="Times New Roman" w:cs="Times New Roman"/>
                <w:color w:val="000000"/>
                <w:sz w:val="20"/>
                <w:szCs w:val="20"/>
                <w:lang w:val="ru-RU" w:eastAsia="ru-RU"/>
              </w:rPr>
              <w:t>5</w:t>
            </w:r>
          </w:p>
        </w:tc>
        <w:tc>
          <w:tcPr>
            <w:tcW w:w="1291"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r>
      <w:tr w:rsidR="00943F09" w:rsidRPr="00943F09" w:rsidTr="00943F09">
        <w:trPr>
          <w:trHeight w:hRule="exact" w:val="300"/>
        </w:trPr>
        <w:tc>
          <w:tcPr>
            <w:tcW w:w="152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7-й месяц</w:t>
            </w:r>
          </w:p>
        </w:tc>
        <w:tc>
          <w:tcPr>
            <w:tcW w:w="1590"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55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276"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417" w:type="dxa"/>
            <w:tcBorders>
              <w:top w:val="single" w:sz="8" w:space="0" w:color="auto"/>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276"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91"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r>
      <w:tr w:rsidR="00943F09" w:rsidRPr="00943F09" w:rsidTr="00943F09">
        <w:trPr>
          <w:trHeight w:hRule="exact" w:val="300"/>
        </w:trPr>
        <w:tc>
          <w:tcPr>
            <w:tcW w:w="152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8-й месяц</w:t>
            </w:r>
          </w:p>
        </w:tc>
        <w:tc>
          <w:tcPr>
            <w:tcW w:w="1590"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55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4</w:t>
            </w:r>
          </w:p>
        </w:tc>
        <w:tc>
          <w:tcPr>
            <w:tcW w:w="1276"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417" w:type="dxa"/>
            <w:tcBorders>
              <w:top w:val="single" w:sz="8" w:space="0" w:color="auto"/>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5</w:t>
            </w:r>
          </w:p>
        </w:tc>
        <w:tc>
          <w:tcPr>
            <w:tcW w:w="1276"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91"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r>
      <w:tr w:rsidR="00943F09" w:rsidRPr="00943F09" w:rsidTr="00943F09">
        <w:trPr>
          <w:trHeight w:hRule="exact" w:val="300"/>
        </w:trPr>
        <w:tc>
          <w:tcPr>
            <w:tcW w:w="152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9-й месяц</w:t>
            </w:r>
          </w:p>
        </w:tc>
        <w:tc>
          <w:tcPr>
            <w:tcW w:w="1590"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55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276"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417" w:type="dxa"/>
            <w:tcBorders>
              <w:top w:val="single" w:sz="8" w:space="0" w:color="auto"/>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76"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91"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r>
      <w:tr w:rsidR="00943F09" w:rsidRPr="00943F09" w:rsidTr="00943F09">
        <w:trPr>
          <w:trHeight w:hRule="exact" w:val="300"/>
        </w:trPr>
        <w:tc>
          <w:tcPr>
            <w:tcW w:w="152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10-й месяц</w:t>
            </w:r>
          </w:p>
        </w:tc>
        <w:tc>
          <w:tcPr>
            <w:tcW w:w="1590"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55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276"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417" w:type="dxa"/>
            <w:tcBorders>
              <w:top w:val="single" w:sz="8" w:space="0" w:color="auto"/>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76"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91"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r>
      <w:tr w:rsidR="00943F09" w:rsidRPr="00943F09" w:rsidTr="00943F09">
        <w:trPr>
          <w:trHeight w:hRule="exact" w:val="300"/>
        </w:trPr>
        <w:tc>
          <w:tcPr>
            <w:tcW w:w="152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11-й месяц</w:t>
            </w:r>
          </w:p>
        </w:tc>
        <w:tc>
          <w:tcPr>
            <w:tcW w:w="1590"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559"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76" w:type="dxa"/>
            <w:tcBorders>
              <w:top w:val="single" w:sz="8" w:space="0" w:color="auto"/>
              <w:left w:val="single" w:sz="8" w:space="0" w:color="auto"/>
              <w:bottom w:val="nil"/>
              <w:right w:val="nil"/>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417" w:type="dxa"/>
            <w:tcBorders>
              <w:top w:val="single" w:sz="8" w:space="0" w:color="auto"/>
              <w:left w:val="single" w:sz="8" w:space="0" w:color="auto"/>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76"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91" w:type="dxa"/>
            <w:tcBorders>
              <w:top w:val="single" w:sz="8" w:space="0" w:color="auto"/>
              <w:left w:val="nil"/>
              <w:bottom w:val="nil"/>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r>
      <w:tr w:rsidR="00943F09" w:rsidRPr="00943F09" w:rsidTr="00943F09">
        <w:trPr>
          <w:trHeight w:hRule="exact" w:val="300"/>
        </w:trPr>
        <w:tc>
          <w:tcPr>
            <w:tcW w:w="1529" w:type="dxa"/>
            <w:tcBorders>
              <w:top w:val="single" w:sz="8" w:space="0" w:color="auto"/>
              <w:left w:val="single" w:sz="8" w:space="0" w:color="auto"/>
              <w:bottom w:val="single" w:sz="8" w:space="0" w:color="auto"/>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12-й месяц</w:t>
            </w:r>
          </w:p>
        </w:tc>
        <w:tc>
          <w:tcPr>
            <w:tcW w:w="1590" w:type="dxa"/>
            <w:tcBorders>
              <w:top w:val="single" w:sz="8" w:space="0" w:color="auto"/>
              <w:left w:val="single" w:sz="8" w:space="0" w:color="auto"/>
              <w:bottom w:val="single" w:sz="8" w:space="0" w:color="auto"/>
              <w:right w:val="nil"/>
            </w:tcBorders>
            <w:shd w:val="clear" w:color="auto" w:fill="auto"/>
            <w:vAlign w:val="center"/>
            <w:hideMark/>
          </w:tcPr>
          <w:p w:rsidR="00943F09" w:rsidRPr="00943F09" w:rsidRDefault="00943F09" w:rsidP="00943F09">
            <w:pPr>
              <w:spacing w:after="0" w:line="240" w:lineRule="auto"/>
              <w:jc w:val="center"/>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3</w:t>
            </w:r>
          </w:p>
        </w:tc>
        <w:tc>
          <w:tcPr>
            <w:tcW w:w="1559" w:type="dxa"/>
            <w:tcBorders>
              <w:top w:val="single" w:sz="8" w:space="0" w:color="auto"/>
              <w:left w:val="single" w:sz="8" w:space="0" w:color="auto"/>
              <w:bottom w:val="single" w:sz="8" w:space="0" w:color="auto"/>
              <w:right w:val="nil"/>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76" w:type="dxa"/>
            <w:tcBorders>
              <w:top w:val="single" w:sz="8" w:space="0" w:color="auto"/>
              <w:left w:val="single" w:sz="8" w:space="0" w:color="auto"/>
              <w:bottom w:val="single" w:sz="8" w:space="0" w:color="auto"/>
              <w:right w:val="nil"/>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c>
          <w:tcPr>
            <w:tcW w:w="1291" w:type="dxa"/>
            <w:tcBorders>
              <w:top w:val="single" w:sz="8" w:space="0" w:color="auto"/>
              <w:left w:val="nil"/>
              <w:bottom w:val="single" w:sz="8" w:space="0" w:color="auto"/>
              <w:right w:val="single" w:sz="8" w:space="0" w:color="auto"/>
            </w:tcBorders>
            <w:shd w:val="clear" w:color="auto" w:fill="auto"/>
            <w:vAlign w:val="center"/>
            <w:hideMark/>
          </w:tcPr>
          <w:p w:rsidR="00943F09" w:rsidRPr="00943F09" w:rsidRDefault="00943F09" w:rsidP="00943F09">
            <w:pPr>
              <w:spacing w:after="0" w:line="240" w:lineRule="auto"/>
              <w:rPr>
                <w:rFonts w:eastAsia="Times New Roman" w:cs="Times New Roman"/>
                <w:color w:val="000000"/>
                <w:sz w:val="20"/>
                <w:szCs w:val="20"/>
                <w:lang w:val="ru-RU" w:eastAsia="ru-RU"/>
              </w:rPr>
            </w:pPr>
            <w:r w:rsidRPr="00943F09">
              <w:rPr>
                <w:rFonts w:eastAsia="Times New Roman" w:cs="Times New Roman"/>
                <w:color w:val="000000"/>
                <w:sz w:val="20"/>
                <w:szCs w:val="20"/>
                <w:lang w:val="ru-RU" w:eastAsia="ru-RU"/>
              </w:rPr>
              <w:t> </w:t>
            </w:r>
          </w:p>
        </w:tc>
      </w:tr>
    </w:tbl>
    <w:p w:rsidR="00943F09" w:rsidRDefault="00943F09">
      <w:pPr>
        <w:spacing w:after="0" w:line="360" w:lineRule="auto"/>
        <w:ind w:firstLine="709"/>
        <w:jc w:val="both"/>
      </w:pPr>
    </w:p>
    <w:p w:rsidR="00C952DB" w:rsidRPr="00943F09" w:rsidRDefault="0041702C">
      <w:pPr>
        <w:spacing w:after="0" w:line="360" w:lineRule="auto"/>
        <w:ind w:firstLine="709"/>
        <w:jc w:val="both"/>
        <w:rPr>
          <w:lang w:val="ru-RU"/>
        </w:rPr>
      </w:pPr>
      <w:r w:rsidRPr="00943F09">
        <w:rPr>
          <w:lang w:val="ru-RU"/>
        </w:rPr>
        <w:t>7.2. При расторжении Договора по инициативе Заказчика последний предоставляет Исполнителю письменное заявление. В заявлении указываются контактная информация (номер телефона) Заказчика для оперативной связи, а в случае, если оплата по Договору производилась в безналичном порядке, – банковские реквизиты Заказчика, на которые должна быть перечислена возвращаемая сумма.</w:t>
      </w:r>
    </w:p>
    <w:p w:rsidR="00C952DB" w:rsidRPr="00943F09" w:rsidRDefault="0041702C">
      <w:pPr>
        <w:spacing w:after="0" w:line="360" w:lineRule="auto"/>
        <w:ind w:firstLine="709"/>
        <w:jc w:val="both"/>
        <w:rPr>
          <w:lang w:val="ru-RU"/>
        </w:rPr>
      </w:pPr>
      <w:r w:rsidRPr="00943F09">
        <w:rPr>
          <w:lang w:val="ru-RU"/>
        </w:rPr>
        <w:t>7.3. Датой расторжения Договора является дата получения заявления от Заказчика (если более поздний срок не указан в тексте заявления).</w:t>
      </w:r>
    </w:p>
    <w:p w:rsidR="00C952DB" w:rsidRPr="00943F09" w:rsidRDefault="0041702C">
      <w:pPr>
        <w:spacing w:after="0" w:line="360" w:lineRule="auto"/>
        <w:ind w:firstLine="709"/>
        <w:jc w:val="both"/>
        <w:rPr>
          <w:lang w:val="ru-RU"/>
        </w:rPr>
      </w:pPr>
      <w:r w:rsidRPr="00943F09">
        <w:rPr>
          <w:lang w:val="ru-RU"/>
        </w:rPr>
        <w:t>7.4. Исполнитель возвращает денежные средства за неиспользованный период действия Клубной карты в течение 10 (десяти) календарных дней с даты расторжения Договора тем же способом, которым Заказчик производил оплату.</w:t>
      </w:r>
    </w:p>
    <w:p w:rsidR="00C952DB" w:rsidRPr="00943F09" w:rsidRDefault="0041702C">
      <w:pPr>
        <w:spacing w:after="0" w:line="360" w:lineRule="auto"/>
        <w:ind w:firstLine="709"/>
        <w:jc w:val="both"/>
        <w:rPr>
          <w:lang w:val="ru-RU"/>
        </w:rPr>
      </w:pPr>
      <w:r w:rsidRPr="00943F09">
        <w:rPr>
          <w:lang w:val="ru-RU"/>
        </w:rPr>
        <w:t>7.5. Из суммы возврата удерживаются фактически понесенные Исполнителем документально подтвержденные расходы, связанные с исполнением Договора. Обязанность доказать наличие и размер таких расходов возлагается на Исполнителя.</w:t>
      </w:r>
    </w:p>
    <w:p w:rsidR="00C952DB" w:rsidRPr="00943F09" w:rsidRDefault="0041702C">
      <w:pPr>
        <w:spacing w:after="0" w:line="360" w:lineRule="auto"/>
        <w:ind w:firstLine="709"/>
        <w:jc w:val="both"/>
        <w:rPr>
          <w:lang w:val="ru-RU"/>
        </w:rPr>
      </w:pPr>
      <w:r w:rsidRPr="00943F09">
        <w:rPr>
          <w:lang w:val="ru-RU"/>
        </w:rPr>
        <w:lastRenderedPageBreak/>
        <w:t>7.6. Условия Договора, устанавливающие для Заказчика санкции (удержания, штрафы, неустойки), препятствующие свободной реализации права на отказ от Договора, не подлежат применению как ничтожные.</w:t>
      </w:r>
    </w:p>
    <w:p w:rsidR="00C952DB" w:rsidRPr="00943F09" w:rsidRDefault="0041702C">
      <w:pPr>
        <w:spacing w:after="0" w:line="360" w:lineRule="auto"/>
        <w:ind w:firstLine="709"/>
        <w:jc w:val="both"/>
        <w:rPr>
          <w:lang w:val="ru-RU"/>
        </w:rPr>
      </w:pPr>
      <w:r w:rsidRPr="00943F09">
        <w:rPr>
          <w:lang w:val="ru-RU"/>
        </w:rPr>
        <w:t>7.7. При расторжении Договора по инициативе Исполнителя в связи с нарушением Заказчиком условий настоящего Договора и/или Правил оказания услуг возврат денежных средств за неиспользованный период действия Клубной карты производится в течение 10 (десяти) календарных дней с даты расторжения Договора за вычетом фактически понесенных Исполнителем документально подтвержденных расходов.</w:t>
      </w:r>
    </w:p>
    <w:p w:rsidR="00C952DB" w:rsidRPr="00943F09" w:rsidRDefault="0041702C">
      <w:pPr>
        <w:spacing w:after="0" w:line="360" w:lineRule="auto"/>
        <w:ind w:firstLine="709"/>
        <w:jc w:val="both"/>
        <w:rPr>
          <w:lang w:val="ru-RU"/>
        </w:rPr>
      </w:pPr>
      <w:r w:rsidRPr="00943F09">
        <w:rPr>
          <w:lang w:val="ru-RU"/>
        </w:rPr>
        <w:t>7.8. При приостановлении Исполнителем оказания услуг в случаях, предусмотренных Офертой и Правилами оказания услуг, на срок более одного дня период действия Клубной карты продлевается на срок приостановления.</w:t>
      </w:r>
    </w:p>
    <w:p w:rsidR="00C952DB" w:rsidRPr="00943F09" w:rsidRDefault="0041702C">
      <w:pPr>
        <w:spacing w:after="0" w:line="360" w:lineRule="auto"/>
        <w:ind w:firstLine="709"/>
        <w:jc w:val="both"/>
        <w:rPr>
          <w:lang w:val="ru-RU"/>
        </w:rPr>
      </w:pPr>
      <w:r w:rsidRPr="00943F09">
        <w:rPr>
          <w:lang w:val="ru-RU"/>
        </w:rPr>
        <w:t>7.9. Не подлежат возврату денежные средства, уплаченные за фактически оказанные услуги (за период с момента активации Клубной карты и до момента расторжения Договора), а также за дополнительные услуги, фактически предоставленные Заказчику. Также не подлежат возврату бонусные и подарочные суммы, зачисленные на Клубную карту Заказчика в рамках акций и специальных предложений.</w:t>
      </w:r>
    </w:p>
    <w:p w:rsidR="00C952DB" w:rsidRPr="00943F09" w:rsidRDefault="0041702C">
      <w:pPr>
        <w:spacing w:after="0" w:line="360" w:lineRule="auto"/>
        <w:ind w:firstLine="709"/>
        <w:jc w:val="both"/>
        <w:rPr>
          <w:lang w:val="ru-RU"/>
        </w:rPr>
      </w:pPr>
      <w:r w:rsidRPr="00943F09">
        <w:rPr>
          <w:lang w:val="ru-RU"/>
        </w:rPr>
        <w:t>7.10. При оплате по Договору наличными денежными средствами возврат денежных средств осуществляется по месту нахождения Клуба при предъявлении Заказчиком паспорта или иного документа, удостоверяющего личность. Исполнитель уведомляет Заказчика о необходимости явиться для получения денежных средств (посредством телефонной связи или электронной почты). Если в заявлении отсутствует контактная информация Заказчика либо Заказчик ее не предоставил, а равно запретил Исполнителю использовать такую информацию или несвоевременно ее обновил, Исполнитель не несет ответственности за нарушение сроков возврата денежных средств.</w:t>
      </w:r>
    </w:p>
    <w:p w:rsidR="00C952DB" w:rsidRPr="00943F09" w:rsidRDefault="0041702C">
      <w:pPr>
        <w:spacing w:after="0" w:line="360" w:lineRule="auto"/>
        <w:ind w:firstLine="709"/>
        <w:jc w:val="both"/>
        <w:rPr>
          <w:lang w:val="ru-RU"/>
        </w:rPr>
      </w:pPr>
      <w:r w:rsidRPr="00943F09">
        <w:rPr>
          <w:lang w:val="ru-RU"/>
        </w:rPr>
        <w:t>7.11. Прекращение деятельности выбранного Заказчиком Клуба по любым обстоятельствам является основанием для расторжения Договора. В указанном случае Исполнитель по соглашению Сторон предоставляет услуги в другом Клубе либо возвращает Заказчику денежные средства за неиспользованный период действия Клубной карты в порядке, предусмотренном настоящим разделом.</w:t>
      </w:r>
    </w:p>
    <w:p w:rsidR="00C952DB" w:rsidRPr="00943F09" w:rsidRDefault="0041702C">
      <w:pPr>
        <w:pStyle w:val="21"/>
        <w:rPr>
          <w:lang w:val="ru-RU"/>
        </w:rPr>
      </w:pPr>
      <w:r w:rsidRPr="00943F09">
        <w:rPr>
          <w:lang w:val="ru-RU"/>
        </w:rPr>
        <w:t>8. ГАРАНТИИ</w:t>
      </w:r>
    </w:p>
    <w:p w:rsidR="00C952DB" w:rsidRPr="00943F09" w:rsidRDefault="0041702C">
      <w:pPr>
        <w:spacing w:after="0" w:line="360" w:lineRule="auto"/>
        <w:ind w:firstLine="709"/>
        <w:jc w:val="both"/>
        <w:rPr>
          <w:lang w:val="ru-RU"/>
        </w:rPr>
      </w:pPr>
      <w:r w:rsidRPr="00943F09">
        <w:rPr>
          <w:lang w:val="ru-RU"/>
        </w:rPr>
        <w:t xml:space="preserve">8.1. Заказчик настоящим гарантирует, </w:t>
      </w:r>
      <w:proofErr w:type="gramStart"/>
      <w:r w:rsidRPr="00943F09">
        <w:rPr>
          <w:lang w:val="ru-RU"/>
        </w:rPr>
        <w:t>что:</w:t>
      </w:r>
      <w:r w:rsidRPr="00943F09">
        <w:rPr>
          <w:lang w:val="ru-RU"/>
        </w:rPr>
        <w:br/>
        <w:t>8.1.1</w:t>
      </w:r>
      <w:proofErr w:type="gramEnd"/>
      <w:r w:rsidRPr="00943F09">
        <w:rPr>
          <w:lang w:val="ru-RU"/>
        </w:rPr>
        <w:t>. предоставляет Исполнителю достоверную и достаточную информацию, необходимую для исполнения настоящей Оферты, и поддерживает эту информацию в актуальном состоянии;</w:t>
      </w:r>
      <w:r w:rsidRPr="00943F09">
        <w:rPr>
          <w:lang w:val="ru-RU"/>
        </w:rPr>
        <w:br/>
        <w:t>8.1.2. обладает полной дееспособностью.</w:t>
      </w:r>
    </w:p>
    <w:p w:rsidR="00C952DB" w:rsidRPr="00943F09" w:rsidRDefault="0041702C">
      <w:pPr>
        <w:spacing w:after="0" w:line="360" w:lineRule="auto"/>
        <w:ind w:firstLine="709"/>
        <w:jc w:val="both"/>
        <w:rPr>
          <w:lang w:val="ru-RU"/>
        </w:rPr>
      </w:pPr>
      <w:r w:rsidRPr="00943F09">
        <w:rPr>
          <w:lang w:val="ru-RU"/>
        </w:rPr>
        <w:lastRenderedPageBreak/>
        <w:t>8.2. Исполнитель гарантирует соответствие оказываемых услуг условиям Договора, Правил и обязательным требованиям, установленным законодательством Российской Федерации.</w:t>
      </w:r>
    </w:p>
    <w:p w:rsidR="00C952DB" w:rsidRPr="00943F09" w:rsidRDefault="0041702C">
      <w:pPr>
        <w:pStyle w:val="21"/>
        <w:rPr>
          <w:lang w:val="ru-RU"/>
        </w:rPr>
      </w:pPr>
      <w:r w:rsidRPr="00943F09">
        <w:rPr>
          <w:lang w:val="ru-RU"/>
        </w:rPr>
        <w:t>9. КОНФИДЕНЦИАЛЬНОСТЬ И ОБРАБОТКА ПЕРСОНАЛЬНЫХ ДАННЫХ</w:t>
      </w:r>
    </w:p>
    <w:p w:rsidR="00C952DB" w:rsidRPr="00943F09" w:rsidRDefault="0041702C">
      <w:pPr>
        <w:spacing w:after="0" w:line="360" w:lineRule="auto"/>
        <w:ind w:firstLine="709"/>
        <w:jc w:val="both"/>
        <w:rPr>
          <w:lang w:val="ru-RU"/>
        </w:rPr>
      </w:pPr>
      <w:r w:rsidRPr="00943F09">
        <w:rPr>
          <w:lang w:val="ru-RU"/>
        </w:rPr>
        <w:t>9.1. Условия использования персональных данных Заказчика определены в Политике конфиденциальности, размещенной на Сайте и на рецепции, и не являются предметом настоящей Оферты. С учетом положений пунктов 1.13, 3.1.1 Оферты, акцептуя Оферту, Заказчик одновременно принимает условия Политики конфиденциальности Исполнителя.</w:t>
      </w:r>
    </w:p>
    <w:p w:rsidR="00C952DB" w:rsidRPr="00943F09" w:rsidRDefault="0041702C">
      <w:pPr>
        <w:spacing w:after="0" w:line="360" w:lineRule="auto"/>
        <w:ind w:firstLine="709"/>
        <w:jc w:val="both"/>
        <w:rPr>
          <w:lang w:val="ru-RU"/>
        </w:rPr>
      </w:pPr>
      <w:r w:rsidRPr="00943F09">
        <w:rPr>
          <w:lang w:val="ru-RU"/>
        </w:rPr>
        <w:t>9.2. Обработка персональных данных Заказчика и Потребителя услуг осуществляется в соответствии с законодательством Российской Федерации о персональных данных.</w:t>
      </w:r>
    </w:p>
    <w:p w:rsidR="00C952DB" w:rsidRPr="00943F09" w:rsidRDefault="0041702C">
      <w:pPr>
        <w:spacing w:after="0" w:line="360" w:lineRule="auto"/>
        <w:ind w:firstLine="709"/>
        <w:jc w:val="both"/>
        <w:rPr>
          <w:lang w:val="ru-RU"/>
        </w:rPr>
      </w:pPr>
      <w:r w:rsidRPr="00943F09">
        <w:rPr>
          <w:lang w:val="ru-RU"/>
        </w:rPr>
        <w:t>9.3. В целях обеспечения безопасности на территории Клуба осуществляется видеонаблюдение. Информация о ведении видеонаблюдения размещается в общедоступных местах. Согласие на обработку персональных данных, полученных в результате видеонаблюдения, оформляется отдельно при заключении Договора. Видеонаблюдение не осуществляется в раздевалках, душевых, санитарных помещениях и иных местах, предназначенных для личной гигиены.</w:t>
      </w:r>
    </w:p>
    <w:p w:rsidR="00C952DB" w:rsidRPr="00943F09" w:rsidRDefault="0041702C">
      <w:pPr>
        <w:spacing w:after="0" w:line="360" w:lineRule="auto"/>
        <w:ind w:firstLine="709"/>
        <w:jc w:val="both"/>
        <w:rPr>
          <w:lang w:val="ru-RU"/>
        </w:rPr>
      </w:pPr>
      <w:r w:rsidRPr="00943F09">
        <w:rPr>
          <w:lang w:val="ru-RU"/>
        </w:rPr>
        <w:t>9.4. Идентификация Члена Клуба по отпечатку пальца и (или) по биометрическому фотоизображению допускается исключительно на основании отдельного письменного согласия Заказчика (Члена Клуба). Заказчик вправе отказаться от биометрической идентификации и использовать Клубную карту (браслет) для доступа в Клуб; отказ не является основанием для ограничения доступа в Клуб.</w:t>
      </w:r>
    </w:p>
    <w:p w:rsidR="00C952DB" w:rsidRPr="00943F09" w:rsidRDefault="0041702C">
      <w:pPr>
        <w:pStyle w:val="21"/>
        <w:rPr>
          <w:lang w:val="ru-RU"/>
        </w:rPr>
      </w:pPr>
      <w:r w:rsidRPr="00943F09">
        <w:rPr>
          <w:lang w:val="ru-RU"/>
        </w:rPr>
        <w:t>10. ПОРЯДОК РАЗРЕШЕНИЯ СПОРОВ</w:t>
      </w:r>
    </w:p>
    <w:p w:rsidR="00C952DB" w:rsidRPr="00943F09" w:rsidRDefault="0041702C">
      <w:pPr>
        <w:spacing w:after="0" w:line="360" w:lineRule="auto"/>
        <w:ind w:firstLine="709"/>
        <w:jc w:val="both"/>
        <w:rPr>
          <w:lang w:val="ru-RU"/>
        </w:rPr>
      </w:pPr>
      <w:r w:rsidRPr="00943F09">
        <w:rPr>
          <w:lang w:val="ru-RU"/>
        </w:rPr>
        <w:t>10.1. Все споры между Сторонами решаются путем переговоров.</w:t>
      </w:r>
    </w:p>
    <w:p w:rsidR="00C952DB" w:rsidRPr="00943F09" w:rsidRDefault="0041702C">
      <w:pPr>
        <w:spacing w:after="0" w:line="360" w:lineRule="auto"/>
        <w:ind w:firstLine="709"/>
        <w:jc w:val="both"/>
        <w:rPr>
          <w:lang w:val="ru-RU"/>
        </w:rPr>
      </w:pPr>
      <w:r w:rsidRPr="00943F09">
        <w:rPr>
          <w:lang w:val="ru-RU"/>
        </w:rPr>
        <w:t>10.2. Претензионный порядок не является обязательным и его несоблюдение не лишает Стороны права на обращение в суд. При предъявлении претензий указанные претензии направляются Сторонами друг другу с использованием электронной почты либо нарочно. В случае получения претензии она должна быть рассмотрена в десятидневный срок (нерабочие дни не включаются).</w:t>
      </w:r>
    </w:p>
    <w:p w:rsidR="00C952DB" w:rsidRPr="00943F09" w:rsidRDefault="0041702C">
      <w:pPr>
        <w:spacing w:after="0" w:line="360" w:lineRule="auto"/>
        <w:ind w:firstLine="709"/>
        <w:jc w:val="both"/>
        <w:rPr>
          <w:lang w:val="ru-RU"/>
        </w:rPr>
      </w:pPr>
      <w:r w:rsidRPr="00943F09">
        <w:rPr>
          <w:lang w:val="ru-RU"/>
        </w:rPr>
        <w:t xml:space="preserve">10.3. В случае </w:t>
      </w:r>
      <w:proofErr w:type="spellStart"/>
      <w:r w:rsidRPr="00943F09">
        <w:rPr>
          <w:lang w:val="ru-RU"/>
        </w:rPr>
        <w:t>неразрешения</w:t>
      </w:r>
      <w:proofErr w:type="spellEnd"/>
      <w:r w:rsidRPr="00943F09">
        <w:rPr>
          <w:lang w:val="ru-RU"/>
        </w:rPr>
        <w:t xml:space="preserve"> Сторонами спора мирным путем любой спор, разногласие или претензия в связи с настоящим Договором либо его нарушением, расторжением или недействительностью разрешаются в суде в соответствии с действующим законодательством Российской Федерации. Заказчик (Потребитель услуг) </w:t>
      </w:r>
      <w:r w:rsidRPr="00943F09">
        <w:rPr>
          <w:lang w:val="ru-RU"/>
        </w:rPr>
        <w:lastRenderedPageBreak/>
        <w:t>реализует право на выбор подсудности в соответствии с законодательством Российской Федерации.</w:t>
      </w:r>
    </w:p>
    <w:p w:rsidR="00C952DB" w:rsidRPr="00943F09" w:rsidRDefault="0041702C">
      <w:pPr>
        <w:pStyle w:val="21"/>
        <w:rPr>
          <w:lang w:val="ru-RU"/>
        </w:rPr>
      </w:pPr>
      <w:r w:rsidRPr="00943F09">
        <w:rPr>
          <w:lang w:val="ru-RU"/>
        </w:rPr>
        <w:t>11. СРОК ДЕЙСТВИЯ ОФЕРТЫ И ПОРЯДОК ЕЕ ИЗМЕНЕНИЯ</w:t>
      </w:r>
    </w:p>
    <w:p w:rsidR="00C952DB" w:rsidRPr="00943F09" w:rsidRDefault="0041702C">
      <w:pPr>
        <w:spacing w:after="0" w:line="360" w:lineRule="auto"/>
        <w:ind w:firstLine="709"/>
        <w:jc w:val="both"/>
        <w:rPr>
          <w:lang w:val="ru-RU"/>
        </w:rPr>
      </w:pPr>
      <w:r w:rsidRPr="00943F09">
        <w:rPr>
          <w:lang w:val="ru-RU"/>
        </w:rPr>
        <w:t xml:space="preserve">11.1. По всем вопросам, связанным с настоящей Офертой и приобретением услуг Исполнителя, Заказчику необходимо обращаться на рецепцию Клуба или в службу поддержки посредством электронной почты (адрес: </w:t>
      </w:r>
      <w:r>
        <w:t>manager</w:t>
      </w:r>
      <w:r w:rsidRPr="00943F09">
        <w:rPr>
          <w:lang w:val="ru-RU"/>
        </w:rPr>
        <w:t>.</w:t>
      </w:r>
      <w:proofErr w:type="spellStart"/>
      <w:r>
        <w:t>marino</w:t>
      </w:r>
      <w:proofErr w:type="spellEnd"/>
      <w:r w:rsidRPr="00943F09">
        <w:rPr>
          <w:lang w:val="ru-RU"/>
        </w:rPr>
        <w:t>@</w:t>
      </w:r>
      <w:r>
        <w:t>magneto</w:t>
      </w:r>
      <w:r w:rsidRPr="00943F09">
        <w:rPr>
          <w:lang w:val="ru-RU"/>
        </w:rPr>
        <w:t>.</w:t>
      </w:r>
      <w:r>
        <w:t>fit</w:t>
      </w:r>
      <w:r w:rsidRPr="00943F09">
        <w:rPr>
          <w:lang w:val="ru-RU"/>
        </w:rPr>
        <w:t>).</w:t>
      </w:r>
    </w:p>
    <w:p w:rsidR="00C952DB" w:rsidRPr="00943F09" w:rsidRDefault="0041702C">
      <w:pPr>
        <w:spacing w:after="0" w:line="360" w:lineRule="auto"/>
        <w:ind w:firstLine="709"/>
        <w:jc w:val="both"/>
        <w:rPr>
          <w:lang w:val="ru-RU"/>
        </w:rPr>
      </w:pPr>
      <w:r w:rsidRPr="00943F09">
        <w:rPr>
          <w:lang w:val="ru-RU"/>
        </w:rPr>
        <w:t xml:space="preserve">11.2. Настоящая Оферта действует с момента ее акцепта Заказчиком и до момента истечения срока действия приобретенной Заказчиком Клубной карты (срока оказания дополнительных услуг, определенных настоящим Договором, Правилами оказания услуг) либо до ее досрочного расторжения по соглашению </w:t>
      </w:r>
      <w:proofErr w:type="gramStart"/>
      <w:r w:rsidRPr="00943F09">
        <w:rPr>
          <w:lang w:val="ru-RU"/>
        </w:rPr>
        <w:t>Сторон</w:t>
      </w:r>
      <w:proofErr w:type="gramEnd"/>
      <w:r w:rsidRPr="00943F09">
        <w:rPr>
          <w:lang w:val="ru-RU"/>
        </w:rPr>
        <w:t xml:space="preserve"> либо по инициативе одной из Сторон.</w:t>
      </w:r>
    </w:p>
    <w:p w:rsidR="00C952DB" w:rsidRPr="00943F09" w:rsidRDefault="0041702C">
      <w:pPr>
        <w:spacing w:after="0" w:line="360" w:lineRule="auto"/>
        <w:ind w:firstLine="709"/>
        <w:jc w:val="both"/>
        <w:rPr>
          <w:lang w:val="ru-RU"/>
        </w:rPr>
      </w:pPr>
      <w:r w:rsidRPr="00943F09">
        <w:rPr>
          <w:lang w:val="ru-RU"/>
        </w:rPr>
        <w:t>11.3. Настоящая Оферта может быть расторгнута по соглашению Сторон, а также в одностороннем внесудебном порядке в случаях, предусмотренных Офертой либо Правилами оказания услуг.</w:t>
      </w:r>
    </w:p>
    <w:p w:rsidR="00C952DB" w:rsidRPr="00943F09" w:rsidRDefault="0041702C">
      <w:pPr>
        <w:spacing w:after="0" w:line="360" w:lineRule="auto"/>
        <w:ind w:firstLine="709"/>
        <w:jc w:val="both"/>
        <w:rPr>
          <w:lang w:val="ru-RU"/>
        </w:rPr>
      </w:pPr>
      <w:r w:rsidRPr="00943F09">
        <w:rPr>
          <w:lang w:val="ru-RU"/>
        </w:rPr>
        <w:t>11.4. Текущая редакция настоящей Оферты может быть изменена Исполнителем в порядке, предусмотренном пунктом 1.10 настоящей Оферты. Новая редакция Оферты не применяется к Заказчикам, акцептовавшим Оферту ранее, в части, ухудшающей их положение.</w:t>
      </w:r>
    </w:p>
    <w:p w:rsidR="00C952DB" w:rsidRPr="00943F09" w:rsidRDefault="0041702C">
      <w:pPr>
        <w:spacing w:after="0" w:line="360" w:lineRule="auto"/>
        <w:ind w:firstLine="709"/>
        <w:jc w:val="both"/>
        <w:rPr>
          <w:lang w:val="ru-RU"/>
        </w:rPr>
      </w:pPr>
      <w:r w:rsidRPr="00943F09">
        <w:rPr>
          <w:lang w:val="ru-RU"/>
        </w:rPr>
        <w:t>11.5. Недействительность отдельных норм настоящей Оферты, если таковая будет признана решением суда или иного уполномоченного государственного органа, не влечет ее недействительности в целом.</w:t>
      </w:r>
    </w:p>
    <w:p w:rsidR="00C952DB" w:rsidRPr="00943F09" w:rsidRDefault="0041702C">
      <w:pPr>
        <w:spacing w:after="0" w:line="360" w:lineRule="auto"/>
        <w:ind w:firstLine="709"/>
        <w:jc w:val="both"/>
        <w:rPr>
          <w:lang w:val="ru-RU"/>
        </w:rPr>
      </w:pPr>
      <w:r w:rsidRPr="00943F09">
        <w:rPr>
          <w:lang w:val="ru-RU"/>
        </w:rPr>
        <w:t>11.6. При принятии государственными органами ограничительных и/или карантинных мер, не позволяющих свободное исполнение Исполнителем своих обязательств по условиям настоящей Оферты, Исполнитель осуществляет «заморозку» Клубной карты на период таких мер. Действие Клубной карты восстанавливается автоматически в первый рабочий день после официального снятия ограничений без дополнительного уведомления Заказчика. Период действия Клубной карты продлевается на срок такой приостановки.</w:t>
      </w:r>
    </w:p>
    <w:p w:rsidR="00C952DB" w:rsidRPr="00943F09" w:rsidRDefault="0041702C">
      <w:pPr>
        <w:spacing w:after="0" w:line="360" w:lineRule="auto"/>
        <w:ind w:firstLine="709"/>
        <w:jc w:val="both"/>
        <w:rPr>
          <w:lang w:val="ru-RU"/>
        </w:rPr>
      </w:pPr>
      <w:r w:rsidRPr="00943F09">
        <w:rPr>
          <w:lang w:val="ru-RU"/>
        </w:rPr>
        <w:t>11.7. Иные условия, не урегулированные настоящей Офертой, определяются Правилами оказания услуг и законодательством Российской Федерации.</w:t>
      </w:r>
    </w:p>
    <w:p w:rsidR="00C952DB" w:rsidRPr="00943F09" w:rsidRDefault="0041702C">
      <w:pPr>
        <w:spacing w:after="0" w:line="360" w:lineRule="auto"/>
        <w:ind w:firstLine="709"/>
        <w:jc w:val="both"/>
        <w:rPr>
          <w:lang w:val="ru-RU"/>
        </w:rPr>
      </w:pPr>
      <w:r w:rsidRPr="00943F09">
        <w:rPr>
          <w:lang w:val="ru-RU"/>
        </w:rPr>
        <w:t xml:space="preserve">11.8. При отправке сообщений по электронной почте сообщение считается доставленным в день отправки (при условии отсутствия автоматического уведомления о невозможности доставить такое сообщение). Если в соответствии с настоящим пунктом сообщение считается полученным в день, не являющийся рабочим, или в рабочий день </w:t>
      </w:r>
      <w:r w:rsidRPr="00943F09">
        <w:rPr>
          <w:lang w:val="ru-RU"/>
        </w:rPr>
        <w:lastRenderedPageBreak/>
        <w:t>после 18 часов (часовой пояс адресата), такое сообщение считается полученным на следующий рабочий день.</w:t>
      </w:r>
    </w:p>
    <w:p w:rsidR="00C952DB" w:rsidRPr="00943F09" w:rsidRDefault="0041702C">
      <w:pPr>
        <w:spacing w:after="0" w:line="360" w:lineRule="auto"/>
        <w:ind w:firstLine="709"/>
        <w:jc w:val="both"/>
        <w:rPr>
          <w:lang w:val="ru-RU"/>
        </w:rPr>
      </w:pPr>
      <w:r w:rsidRPr="00943F09">
        <w:rPr>
          <w:lang w:val="ru-RU"/>
        </w:rPr>
        <w:t>11.9. Принимая условия настоящей Оферты, Заказчик заявляет и соглашается, что полностью понимает и принимает указанные в ней условия, считает их исчерпывающими и полными.</w:t>
      </w:r>
    </w:p>
    <w:p w:rsidR="00C952DB" w:rsidRDefault="0041702C">
      <w:pPr>
        <w:pStyle w:val="21"/>
      </w:pPr>
      <w:r>
        <w:t>12. РЕКВИЗИТЫ ИСПОЛНИТЕЛЯ</w:t>
      </w:r>
    </w:p>
    <w:tbl>
      <w:tblPr>
        <w:tblStyle w:val="aff0"/>
        <w:tblW w:w="0" w:type="auto"/>
        <w:tblLayout w:type="fixed"/>
        <w:tblLook w:val="04A0" w:firstRow="1" w:lastRow="0" w:firstColumn="1" w:lastColumn="0" w:noHBand="0" w:noVBand="1"/>
      </w:tblPr>
      <w:tblGrid>
        <w:gridCol w:w="4677"/>
        <w:gridCol w:w="4677"/>
      </w:tblGrid>
      <w:tr w:rsidR="00C952DB">
        <w:tc>
          <w:tcPr>
            <w:tcW w:w="4677" w:type="dxa"/>
          </w:tcPr>
          <w:p w:rsidR="00C952DB" w:rsidRDefault="0041702C">
            <w:pPr>
              <w:spacing w:line="360" w:lineRule="auto"/>
            </w:pPr>
            <w:r>
              <w:rPr>
                <w:b/>
              </w:rPr>
              <w:t>Исполнитель</w:t>
            </w:r>
          </w:p>
        </w:tc>
        <w:tc>
          <w:tcPr>
            <w:tcW w:w="4677" w:type="dxa"/>
          </w:tcPr>
          <w:p w:rsidR="00C952DB" w:rsidRDefault="0041702C">
            <w:pPr>
              <w:spacing w:line="360" w:lineRule="auto"/>
            </w:pPr>
            <w:r>
              <w:rPr>
                <w:b/>
              </w:rPr>
              <w:t>Заказчик</w:t>
            </w:r>
          </w:p>
        </w:tc>
      </w:tr>
      <w:tr w:rsidR="00C952DB" w:rsidRPr="00943F09">
        <w:tc>
          <w:tcPr>
            <w:tcW w:w="4677" w:type="dxa"/>
          </w:tcPr>
          <w:p w:rsidR="00C952DB" w:rsidRPr="00943F09" w:rsidRDefault="0041702C">
            <w:pPr>
              <w:spacing w:line="360" w:lineRule="auto"/>
              <w:rPr>
                <w:lang w:val="ru-RU"/>
              </w:rPr>
            </w:pPr>
            <w:r w:rsidRPr="00943F09">
              <w:rPr>
                <w:lang w:val="ru-RU"/>
              </w:rPr>
              <w:t>ООО «</w:t>
            </w:r>
            <w:proofErr w:type="gramStart"/>
            <w:r w:rsidRPr="00943F09">
              <w:rPr>
                <w:lang w:val="ru-RU"/>
              </w:rPr>
              <w:t>Р.ФИТНЕС»</w:t>
            </w:r>
            <w:r w:rsidRPr="00943F09">
              <w:rPr>
                <w:lang w:val="ru-RU"/>
              </w:rPr>
              <w:br/>
              <w:t>ОГРН</w:t>
            </w:r>
            <w:proofErr w:type="gramEnd"/>
            <w:r w:rsidRPr="00943F09">
              <w:rPr>
                <w:lang w:val="ru-RU"/>
              </w:rPr>
              <w:t xml:space="preserve"> 1267700017640</w:t>
            </w:r>
            <w:r w:rsidRPr="00943F09">
              <w:rPr>
                <w:lang w:val="ru-RU"/>
              </w:rPr>
              <w:br/>
              <w:t>ИНН 9710156827</w:t>
            </w:r>
            <w:r w:rsidRPr="00943F09">
              <w:rPr>
                <w:lang w:val="ru-RU"/>
              </w:rPr>
              <w:br/>
              <w:t>Адрес: ____________________________</w:t>
            </w:r>
            <w:r w:rsidRPr="00943F09">
              <w:rPr>
                <w:lang w:val="ru-RU"/>
              </w:rPr>
              <w:br/>
              <w:t>Телефон: ____________________________</w:t>
            </w:r>
            <w:r w:rsidRPr="00943F09">
              <w:rPr>
                <w:lang w:val="ru-RU"/>
              </w:rPr>
              <w:br/>
            </w:r>
            <w:r>
              <w:t>E</w:t>
            </w:r>
            <w:r w:rsidRPr="00943F09">
              <w:rPr>
                <w:lang w:val="ru-RU"/>
              </w:rPr>
              <w:t>-</w:t>
            </w:r>
            <w:r>
              <w:t>mail</w:t>
            </w:r>
            <w:r w:rsidRPr="00943F09">
              <w:rPr>
                <w:lang w:val="ru-RU"/>
              </w:rPr>
              <w:t xml:space="preserve">: </w:t>
            </w:r>
            <w:r>
              <w:t>manager</w:t>
            </w:r>
            <w:r w:rsidRPr="00943F09">
              <w:rPr>
                <w:lang w:val="ru-RU"/>
              </w:rPr>
              <w:t>.</w:t>
            </w:r>
            <w:proofErr w:type="spellStart"/>
            <w:r>
              <w:t>marino</w:t>
            </w:r>
            <w:proofErr w:type="spellEnd"/>
            <w:r w:rsidRPr="00943F09">
              <w:rPr>
                <w:lang w:val="ru-RU"/>
              </w:rPr>
              <w:t>@</w:t>
            </w:r>
            <w:r>
              <w:t>magneto</w:t>
            </w:r>
            <w:r w:rsidRPr="00943F09">
              <w:rPr>
                <w:lang w:val="ru-RU"/>
              </w:rPr>
              <w:t>.</w:t>
            </w:r>
            <w:r>
              <w:t>fit</w:t>
            </w:r>
            <w:r w:rsidRPr="00943F09">
              <w:rPr>
                <w:lang w:val="ru-RU"/>
              </w:rPr>
              <w:br/>
              <w:t xml:space="preserve">Сайт: </w:t>
            </w:r>
            <w:r>
              <w:t>https</w:t>
            </w:r>
            <w:r w:rsidRPr="00943F09">
              <w:rPr>
                <w:lang w:val="ru-RU"/>
              </w:rPr>
              <w:t>://</w:t>
            </w:r>
            <w:proofErr w:type="spellStart"/>
            <w:r>
              <w:t>magnetofitness</w:t>
            </w:r>
            <w:proofErr w:type="spellEnd"/>
            <w:r w:rsidRPr="00943F09">
              <w:rPr>
                <w:lang w:val="ru-RU"/>
              </w:rPr>
              <w:t>.</w:t>
            </w:r>
            <w:proofErr w:type="spellStart"/>
            <w:r>
              <w:t>ru</w:t>
            </w:r>
            <w:proofErr w:type="spellEnd"/>
            <w:r w:rsidRPr="00943F09">
              <w:rPr>
                <w:lang w:val="ru-RU"/>
              </w:rPr>
              <w:t>/</w:t>
            </w:r>
            <w:r w:rsidRPr="00943F09">
              <w:rPr>
                <w:lang w:val="ru-RU"/>
              </w:rPr>
              <w:br/>
            </w:r>
            <w:r w:rsidRPr="00943F09">
              <w:rPr>
                <w:lang w:val="ru-RU"/>
              </w:rPr>
              <w:br/>
              <w:t>Подпись: ________________ / ____________ /</w:t>
            </w:r>
          </w:p>
        </w:tc>
        <w:tc>
          <w:tcPr>
            <w:tcW w:w="4677" w:type="dxa"/>
          </w:tcPr>
          <w:p w:rsidR="00C952DB" w:rsidRPr="00943F09" w:rsidRDefault="0041702C">
            <w:pPr>
              <w:spacing w:line="360" w:lineRule="auto"/>
              <w:rPr>
                <w:lang w:val="ru-RU"/>
              </w:rPr>
            </w:pPr>
            <w:r w:rsidRPr="00943F09">
              <w:rPr>
                <w:lang w:val="ru-RU"/>
              </w:rPr>
              <w:t>Фамилия, имя, отчество: ____________________________</w:t>
            </w:r>
            <w:r w:rsidRPr="00943F09">
              <w:rPr>
                <w:lang w:val="ru-RU"/>
              </w:rPr>
              <w:br/>
              <w:t>Документ, удостоверяющий личность: ____________________________</w:t>
            </w:r>
            <w:r w:rsidRPr="00943F09">
              <w:rPr>
                <w:lang w:val="ru-RU"/>
              </w:rPr>
              <w:br/>
              <w:t>Телефон: ____________________________</w:t>
            </w:r>
            <w:r w:rsidRPr="00943F09">
              <w:rPr>
                <w:lang w:val="ru-RU"/>
              </w:rPr>
              <w:br/>
            </w:r>
            <w:r>
              <w:t>E</w:t>
            </w:r>
            <w:r w:rsidRPr="00943F09">
              <w:rPr>
                <w:lang w:val="ru-RU"/>
              </w:rPr>
              <w:t>-</w:t>
            </w:r>
            <w:r>
              <w:t>mail</w:t>
            </w:r>
            <w:r w:rsidRPr="00943F09">
              <w:rPr>
                <w:lang w:val="ru-RU"/>
              </w:rPr>
              <w:t>: ____________________________</w:t>
            </w:r>
            <w:r w:rsidRPr="00943F09">
              <w:rPr>
                <w:lang w:val="ru-RU"/>
              </w:rPr>
              <w:br/>
              <w:t>Банковские реквизиты (для возврата денежных средств): ____________________________</w:t>
            </w:r>
            <w:r w:rsidRPr="00943F09">
              <w:rPr>
                <w:lang w:val="ru-RU"/>
              </w:rPr>
              <w:br/>
            </w:r>
            <w:r w:rsidRPr="00943F09">
              <w:rPr>
                <w:lang w:val="ru-RU"/>
              </w:rPr>
              <w:br/>
              <w:t>Подпись: ________________ / ____________ /</w:t>
            </w:r>
          </w:p>
        </w:tc>
      </w:tr>
    </w:tbl>
    <w:p w:rsidR="0041702C" w:rsidRPr="00943F09" w:rsidRDefault="0041702C">
      <w:pPr>
        <w:rPr>
          <w:lang w:val="ru-RU"/>
        </w:rPr>
      </w:pPr>
    </w:p>
    <w:sectPr w:rsidR="0041702C" w:rsidRPr="00943F09"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9506950"/>
    <w:multiLevelType w:val="hybridMultilevel"/>
    <w:tmpl w:val="D2E42E1A"/>
    <w:lvl w:ilvl="0" w:tplc="1214FEA2">
      <w:start w:val="1"/>
      <w:numFmt w:val="bullet"/>
      <w:lvlText w:val="-"/>
      <w:lvlJc w:val="left"/>
      <w:pPr>
        <w:ind w:left="720" w:hanging="360"/>
      </w:pPr>
      <w:rPr>
        <w:rFonts w:ascii="Times New Roman" w:hAnsi="Times New Roman" w:hint="default"/>
      </w:rPr>
    </w:lvl>
    <w:lvl w:ilvl="1" w:tplc="46C66FAA">
      <w:start w:val="1"/>
      <w:numFmt w:val="bullet"/>
      <w:lvlText w:val="-"/>
      <w:lvlJc w:val="left"/>
      <w:pPr>
        <w:ind w:left="1440" w:hanging="360"/>
      </w:pPr>
      <w:rPr>
        <w:rFonts w:ascii="Times New Roman" w:hAnsi="Times New Roman" w:hint="default"/>
      </w:rPr>
    </w:lvl>
    <w:lvl w:ilvl="2" w:tplc="5D945488">
      <w:start w:val="1"/>
      <w:numFmt w:val="bullet"/>
      <w:lvlText w:val="-"/>
      <w:lvlJc w:val="left"/>
      <w:pPr>
        <w:ind w:left="2160" w:hanging="360"/>
      </w:pPr>
      <w:rPr>
        <w:rFonts w:ascii="Times New Roman" w:hAnsi="Times New Roman" w:hint="default"/>
      </w:rPr>
    </w:lvl>
    <w:lvl w:ilvl="3" w:tplc="489C0930">
      <w:start w:val="1"/>
      <w:numFmt w:val="bullet"/>
      <w:lvlText w:val="-"/>
      <w:lvlJc w:val="left"/>
      <w:pPr>
        <w:ind w:left="2880" w:hanging="360"/>
      </w:pPr>
      <w:rPr>
        <w:rFonts w:ascii="Times New Roman" w:hAnsi="Times New Roman" w:hint="default"/>
      </w:rPr>
    </w:lvl>
    <w:lvl w:ilvl="4" w:tplc="DDDA958C">
      <w:start w:val="1"/>
      <w:numFmt w:val="bullet"/>
      <w:lvlText w:val="-"/>
      <w:lvlJc w:val="left"/>
      <w:pPr>
        <w:ind w:left="3600" w:hanging="360"/>
      </w:pPr>
      <w:rPr>
        <w:rFonts w:ascii="Times New Roman" w:hAnsi="Times New Roman" w:hint="default"/>
      </w:rPr>
    </w:lvl>
    <w:lvl w:ilvl="5" w:tplc="B8F664DC">
      <w:start w:val="1"/>
      <w:numFmt w:val="bullet"/>
      <w:lvlText w:val="-"/>
      <w:lvlJc w:val="left"/>
      <w:pPr>
        <w:ind w:left="4320" w:hanging="360"/>
      </w:pPr>
      <w:rPr>
        <w:rFonts w:ascii="Times New Roman" w:hAnsi="Times New Roman" w:hint="default"/>
      </w:rPr>
    </w:lvl>
    <w:lvl w:ilvl="6" w:tplc="B0CE4B88">
      <w:start w:val="1"/>
      <w:numFmt w:val="bullet"/>
      <w:lvlText w:val="-"/>
      <w:lvlJc w:val="left"/>
      <w:pPr>
        <w:ind w:left="5040" w:hanging="360"/>
      </w:pPr>
      <w:rPr>
        <w:rFonts w:ascii="Times New Roman" w:hAnsi="Times New Roman" w:hint="default"/>
      </w:rPr>
    </w:lvl>
    <w:lvl w:ilvl="7" w:tplc="112E870C">
      <w:start w:val="1"/>
      <w:numFmt w:val="bullet"/>
      <w:lvlText w:val="-"/>
      <w:lvlJc w:val="left"/>
      <w:pPr>
        <w:ind w:left="5760" w:hanging="360"/>
      </w:pPr>
      <w:rPr>
        <w:rFonts w:ascii="Times New Roman" w:hAnsi="Times New Roman" w:hint="default"/>
      </w:rPr>
    </w:lvl>
    <w:lvl w:ilvl="8" w:tplc="445A90C0">
      <w:start w:val="1"/>
      <w:numFmt w:val="bullet"/>
      <w:lvlText w:val="-"/>
      <w:lvlJc w:val="left"/>
      <w:pPr>
        <w:ind w:left="6480" w:hanging="360"/>
      </w:pPr>
      <w:rPr>
        <w:rFonts w:ascii="Times New Roman" w:hAnsi="Times New Roman"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B621A"/>
    <w:rsid w:val="0041702C"/>
    <w:rsid w:val="00943F09"/>
    <w:rsid w:val="00AA1D8D"/>
    <w:rsid w:val="00B47730"/>
    <w:rsid w:val="00C952D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3A4396A-6D36-4F4A-9553-B3508B15F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240" w:after="120" w:line="360" w:lineRule="auto"/>
      <w:jc w:val="center"/>
      <w:outlineLvl w:val="0"/>
    </w:pPr>
    <w:rPr>
      <w:b/>
      <w:bCs/>
      <w:color w:val="000000"/>
      <w:sz w:val="28"/>
      <w:szCs w:val="28"/>
    </w:rPr>
  </w:style>
  <w:style w:type="paragraph" w:styleId="21">
    <w:name w:val="heading 2"/>
    <w:basedOn w:val="a1"/>
    <w:next w:val="a1"/>
    <w:link w:val="22"/>
    <w:uiPriority w:val="9"/>
    <w:unhideWhenUsed/>
    <w:qFormat/>
    <w:rsid w:val="00FC693F"/>
    <w:pPr>
      <w:keepNext/>
      <w:keepLines/>
      <w:spacing w:before="120" w:after="60" w:line="360" w:lineRule="auto"/>
      <w:jc w:val="center"/>
      <w:outlineLvl w:val="1"/>
    </w:pPr>
    <w:rPr>
      <w:b/>
      <w:bCs/>
      <w:color w:val="000000"/>
      <w:szCs w:val="26"/>
    </w:rPr>
  </w:style>
  <w:style w:type="paragraph" w:styleId="31">
    <w:name w:val="heading 3"/>
    <w:basedOn w:val="a1"/>
    <w:next w:val="a1"/>
    <w:link w:val="32"/>
    <w:uiPriority w:val="9"/>
    <w:unhideWhenUsed/>
    <w:qFormat/>
    <w:rsid w:val="00FC693F"/>
    <w:pPr>
      <w:keepNext/>
      <w:keepLines/>
      <w:spacing w:after="0" w:line="360" w:lineRule="auto"/>
      <w:outlineLvl w:val="2"/>
    </w:pPr>
    <w:rPr>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4131467">
      <w:bodyDiv w:val="1"/>
      <w:marLeft w:val="0"/>
      <w:marRight w:val="0"/>
      <w:marTop w:val="0"/>
      <w:marBottom w:val="0"/>
      <w:divBdr>
        <w:top w:val="none" w:sz="0" w:space="0" w:color="auto"/>
        <w:left w:val="none" w:sz="0" w:space="0" w:color="auto"/>
        <w:bottom w:val="none" w:sz="0" w:space="0" w:color="auto"/>
        <w:right w:val="none" w:sz="0" w:space="0" w:color="auto"/>
      </w:divBdr>
    </w:div>
    <w:div w:id="17850320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37B8D-39F3-4F50-A8B3-2CEE406D1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8369</Words>
  <Characters>47707</Characters>
  <Application>Microsoft Office Word</Application>
  <DocSecurity>0</DocSecurity>
  <Lines>397</Lines>
  <Paragraphs>111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55965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Торопкина Наталья Фёдоровна</cp:lastModifiedBy>
  <cp:revision>3</cp:revision>
  <dcterms:created xsi:type="dcterms:W3CDTF">2026-10-06T17:51:00Z</dcterms:created>
  <dcterms:modified xsi:type="dcterms:W3CDTF">2026-10-06T18:08:00Z</dcterms:modified>
  <cp:category/>
</cp:coreProperties>
</file>